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6A0" w:firstRow="1" w:lastRow="0" w:firstColumn="1" w:lastColumn="0" w:noHBand="1" w:noVBand="1"/>
      </w:tblPr>
      <w:tblGrid>
        <w:gridCol w:w="2880"/>
        <w:gridCol w:w="3074"/>
        <w:gridCol w:w="4678"/>
      </w:tblGrid>
      <w:tr w:rsidR="00294DBE" w14:paraId="4C3D5240" w14:textId="77777777" w:rsidTr="00C32D6B">
        <w:trPr>
          <w:trHeight w:val="300"/>
        </w:trPr>
        <w:tc>
          <w:tcPr>
            <w:tcW w:w="2880" w:type="dxa"/>
          </w:tcPr>
          <w:p w14:paraId="287ACAEC" w14:textId="760631AF" w:rsidR="00294DBE" w:rsidRPr="00C32D6B" w:rsidRDefault="00294DBE" w:rsidP="00294DBE">
            <w:pPr>
              <w:pStyle w:val="Header"/>
              <w:ind w:left="-115" w:firstLine="720"/>
              <w:rPr>
                <w:color w:val="A6A6A6" w:themeColor="background1" w:themeShade="A6"/>
              </w:rPr>
            </w:pPr>
            <w:r w:rsidRPr="00C32D6B">
              <w:rPr>
                <w:color w:val="A6A6A6" w:themeColor="background1" w:themeShade="A6"/>
              </w:rPr>
              <w:t>Office use only</w:t>
            </w:r>
          </w:p>
        </w:tc>
        <w:tc>
          <w:tcPr>
            <w:tcW w:w="3074" w:type="dxa"/>
          </w:tcPr>
          <w:p w14:paraId="0AB79159" w14:textId="77777777" w:rsidR="00294DBE" w:rsidRPr="00C32D6B" w:rsidRDefault="00294DBE" w:rsidP="007B13F3">
            <w:pPr>
              <w:pStyle w:val="Header"/>
              <w:rPr>
                <w:color w:val="A6A6A6" w:themeColor="background1" w:themeShade="A6"/>
              </w:rPr>
            </w:pPr>
            <w:r w:rsidRPr="00C32D6B">
              <w:rPr>
                <w:color w:val="A6A6A6" w:themeColor="background1" w:themeShade="A6"/>
              </w:rPr>
              <w:t>Trial date</w:t>
            </w:r>
          </w:p>
          <w:p w14:paraId="09C7850C" w14:textId="3467E70E" w:rsidR="00294DBE" w:rsidRPr="00C32D6B" w:rsidRDefault="00294DBE" w:rsidP="007B13F3">
            <w:pPr>
              <w:pStyle w:val="Header"/>
              <w:rPr>
                <w:color w:val="A6A6A6" w:themeColor="background1" w:themeShade="A6"/>
              </w:rPr>
            </w:pPr>
            <w:r w:rsidRPr="00C32D6B">
              <w:rPr>
                <w:color w:val="A6A6A6" w:themeColor="background1" w:themeShade="A6"/>
              </w:rPr>
              <w:t>Start date</w:t>
            </w:r>
          </w:p>
        </w:tc>
        <w:tc>
          <w:tcPr>
            <w:tcW w:w="4678" w:type="dxa"/>
          </w:tcPr>
          <w:p w14:paraId="4647D182" w14:textId="76023449" w:rsidR="00294DBE" w:rsidRPr="00C32D6B" w:rsidRDefault="00294DBE" w:rsidP="007B13F3">
            <w:pPr>
              <w:pStyle w:val="Header"/>
              <w:ind w:right="-115"/>
              <w:rPr>
                <w:color w:val="A6A6A6" w:themeColor="background1" w:themeShade="A6"/>
              </w:rPr>
            </w:pPr>
            <w:r w:rsidRPr="00C32D6B">
              <w:rPr>
                <w:color w:val="A6A6A6" w:themeColor="background1" w:themeShade="A6"/>
              </w:rPr>
              <w:t>Name</w:t>
            </w:r>
          </w:p>
        </w:tc>
      </w:tr>
    </w:tbl>
    <w:p w14:paraId="1DA232B1" w14:textId="77777777" w:rsidR="00FB6DC6" w:rsidRDefault="00FB6DC6" w:rsidP="00FB6DC6">
      <w:pPr>
        <w:pStyle w:val="Heading1"/>
        <w:rPr>
          <w:kern w:val="36"/>
          <w:lang w:val="en-GB" w:eastAsia="en-GB"/>
          <w14:ligatures w14:val="standardContextual"/>
        </w:rPr>
      </w:pPr>
      <w:r>
        <w:rPr>
          <w:rFonts w:ascii="Arial" w:hAnsi="Arial" w:cs="Arial"/>
          <w:color w:val="0072CE"/>
          <w:sz w:val="40"/>
          <w:szCs w:val="40"/>
        </w:rPr>
        <w:t>Bournemouth Gateway Club</w:t>
      </w:r>
      <w:r>
        <w:rPr>
          <w:rFonts w:ascii="Arial" w:hAnsi="Arial" w:cs="Arial"/>
          <w:color w:val="0072CE"/>
          <w:sz w:val="40"/>
          <w:szCs w:val="40"/>
        </w:rPr>
        <w:br/>
        <w:t>Emergency Contact Details Form</w:t>
      </w:r>
    </w:p>
    <w:p w14:paraId="26E6AE13" w14:textId="2AFADCC9" w:rsidR="00333A67" w:rsidRPr="006A4C9A" w:rsidRDefault="00333A67">
      <w:pPr>
        <w:shd w:val="clear" w:color="auto" w:fill="F2F8FC"/>
        <w:rPr>
          <w:rFonts w:ascii="Arial" w:hAnsi="Arial" w:cs="Arial"/>
          <w:sz w:val="32"/>
          <w:szCs w:val="32"/>
        </w:rPr>
      </w:pPr>
      <w:r w:rsidRPr="006A4C9A">
        <w:rPr>
          <w:rFonts w:ascii="Arial" w:hAnsi="Arial" w:cs="Arial"/>
          <w:b/>
          <w:bCs/>
          <w:sz w:val="32"/>
          <w:szCs w:val="32"/>
        </w:rPr>
        <w:t>About this form</w:t>
      </w:r>
      <w:r w:rsidRPr="006A4C9A">
        <w:rPr>
          <w:rFonts w:ascii="Arial" w:hAnsi="Arial" w:cs="Arial"/>
          <w:sz w:val="32"/>
          <w:szCs w:val="32"/>
        </w:rPr>
        <w:br/>
      </w:r>
      <w:r w:rsidRPr="006A4C9A">
        <w:rPr>
          <w:rFonts w:ascii="Arial" w:hAnsi="Arial" w:cs="Arial"/>
          <w:b/>
          <w:bCs/>
          <w:sz w:val="32"/>
          <w:szCs w:val="32"/>
        </w:rPr>
        <w:t>Please fill in</w:t>
      </w:r>
      <w:r w:rsidRPr="006A4C9A">
        <w:rPr>
          <w:rFonts w:ascii="Arial" w:hAnsi="Arial" w:cs="Arial"/>
          <w:sz w:val="32"/>
          <w:szCs w:val="32"/>
        </w:rPr>
        <w:t xml:space="preserve"> this form</w:t>
      </w:r>
      <w:r w:rsidRPr="006A4C9A">
        <w:rPr>
          <w:rFonts w:ascii="Arial" w:hAnsi="Arial" w:cs="Arial"/>
          <w:b/>
          <w:bCs/>
          <w:sz w:val="32"/>
          <w:szCs w:val="32"/>
        </w:rPr>
        <w:t>.</w:t>
      </w:r>
      <w:r w:rsidRPr="006A4C9A">
        <w:rPr>
          <w:rFonts w:ascii="Arial" w:hAnsi="Arial" w:cs="Arial"/>
          <w:sz w:val="32"/>
          <w:szCs w:val="32"/>
        </w:rPr>
        <w:t xml:space="preserve"> We use this information to contact you, support you, and help keep you safe in an emergency. Please tell us if any information changes.</w:t>
      </w:r>
      <w:r w:rsidRPr="006A4C9A">
        <w:rPr>
          <w:rFonts w:ascii="Arial" w:hAnsi="Arial" w:cs="Arial"/>
          <w:sz w:val="32"/>
          <w:szCs w:val="32"/>
        </w:rPr>
        <w:br/>
      </w:r>
      <w:r w:rsidRPr="006A4C9A">
        <w:rPr>
          <w:rFonts w:ascii="Arial" w:hAnsi="Arial" w:cs="Arial"/>
          <w:b/>
          <w:bCs/>
          <w:sz w:val="32"/>
          <w:szCs w:val="32"/>
        </w:rPr>
        <w:t>We want everyone to feel welcome, included and respected.</w:t>
      </w:r>
    </w:p>
    <w:p w14:paraId="5E3E33F3" w14:textId="77777777" w:rsidR="00333A67" w:rsidRPr="006A4C9A" w:rsidRDefault="00333A67" w:rsidP="00333A67">
      <w:pPr>
        <w:pStyle w:val="Heading2"/>
        <w:rPr>
          <w:rFonts w:ascii="Arial" w:hAnsi="Arial" w:cs="Arial"/>
          <w:sz w:val="32"/>
          <w:szCs w:val="32"/>
        </w:rPr>
      </w:pPr>
      <w:r w:rsidRPr="006A4C9A">
        <w:rPr>
          <w:rFonts w:ascii="Arial" w:hAnsi="Arial" w:cs="Arial"/>
          <w:color w:val="0072CE"/>
          <w:sz w:val="32"/>
          <w:szCs w:val="32"/>
        </w:rPr>
        <w:t xml:space="preserve">1. About the </w:t>
      </w:r>
      <w:proofErr w:type="gramStart"/>
      <w:r w:rsidRPr="006A4C9A">
        <w:rPr>
          <w:rFonts w:ascii="Arial" w:hAnsi="Arial" w:cs="Arial"/>
          <w:color w:val="0072CE"/>
          <w:sz w:val="32"/>
          <w:szCs w:val="32"/>
        </w:rPr>
        <w:t>member</w:t>
      </w:r>
      <w:proofErr w:type="gramEnd"/>
    </w:p>
    <w:p w14:paraId="77550122" w14:textId="77777777" w:rsidR="00961655" w:rsidRPr="006A4C9A" w:rsidRDefault="00961655" w:rsidP="007B79F4">
      <w:pPr>
        <w:rPr>
          <w:rFonts w:ascii="Arial" w:hAnsi="Arial" w:cs="Arial"/>
          <w:sz w:val="32"/>
          <w:szCs w:val="32"/>
        </w:rPr>
      </w:pPr>
      <w:r w:rsidRPr="006A4C9A">
        <w:rPr>
          <w:rFonts w:ascii="Arial" w:hAnsi="Arial" w:cs="Arial"/>
          <w:sz w:val="32"/>
          <w:szCs w:val="32"/>
        </w:rPr>
        <w:t>Full name: ______________________________________________</w:t>
      </w:r>
    </w:p>
    <w:p w14:paraId="0331ECEB" w14:textId="77777777" w:rsidR="00961655" w:rsidRPr="006A4C9A" w:rsidRDefault="00961655" w:rsidP="00CC2AC8">
      <w:pPr>
        <w:rPr>
          <w:rFonts w:ascii="Arial" w:hAnsi="Arial" w:cs="Arial"/>
          <w:sz w:val="32"/>
          <w:szCs w:val="32"/>
        </w:rPr>
      </w:pPr>
      <w:r w:rsidRPr="006A4C9A">
        <w:rPr>
          <w:rFonts w:ascii="Arial" w:hAnsi="Arial" w:cs="Arial"/>
          <w:sz w:val="32"/>
          <w:szCs w:val="32"/>
        </w:rPr>
        <w:t>Date of birth: ___________________________________________</w:t>
      </w:r>
    </w:p>
    <w:p w14:paraId="4F20162C" w14:textId="77777777" w:rsidR="00961655" w:rsidRPr="006A4C9A" w:rsidRDefault="00961655" w:rsidP="0035221D">
      <w:pPr>
        <w:rPr>
          <w:rFonts w:ascii="Arial" w:hAnsi="Arial" w:cs="Arial"/>
          <w:sz w:val="32"/>
          <w:szCs w:val="32"/>
        </w:rPr>
      </w:pPr>
      <w:r w:rsidRPr="006A4C9A">
        <w:rPr>
          <w:rFonts w:ascii="Arial" w:hAnsi="Arial" w:cs="Arial"/>
          <w:sz w:val="32"/>
          <w:szCs w:val="32"/>
        </w:rPr>
        <w:t>Address: ________________________________________________</w:t>
      </w:r>
    </w:p>
    <w:p w14:paraId="51B6D517" w14:textId="77777777" w:rsidR="00961655" w:rsidRPr="006A4C9A" w:rsidRDefault="00961655" w:rsidP="007027DD">
      <w:pPr>
        <w:rPr>
          <w:rFonts w:ascii="Arial" w:hAnsi="Arial" w:cs="Arial"/>
          <w:sz w:val="32"/>
          <w:szCs w:val="32"/>
        </w:rPr>
      </w:pPr>
      <w:r w:rsidRPr="006A4C9A">
        <w:rPr>
          <w:rFonts w:ascii="Arial" w:hAnsi="Arial" w:cs="Arial"/>
          <w:sz w:val="32"/>
          <w:szCs w:val="32"/>
        </w:rPr>
        <w:t>Postcode: _______________________________________________</w:t>
      </w:r>
    </w:p>
    <w:p w14:paraId="7B15BC18" w14:textId="77777777" w:rsidR="00961655" w:rsidRPr="006A4C9A" w:rsidRDefault="00961655" w:rsidP="00F47896">
      <w:pPr>
        <w:rPr>
          <w:rFonts w:ascii="Arial" w:hAnsi="Arial" w:cs="Arial"/>
          <w:sz w:val="32"/>
          <w:szCs w:val="32"/>
        </w:rPr>
      </w:pPr>
      <w:r w:rsidRPr="006A4C9A">
        <w:rPr>
          <w:rFonts w:ascii="Arial" w:hAnsi="Arial" w:cs="Arial"/>
          <w:sz w:val="32"/>
          <w:szCs w:val="32"/>
        </w:rPr>
        <w:t>Phone number: ___________________________________________</w:t>
      </w:r>
    </w:p>
    <w:p w14:paraId="56D57200" w14:textId="77777777" w:rsidR="00961655" w:rsidRPr="006A4C9A" w:rsidRDefault="00961655" w:rsidP="00563D0F">
      <w:pPr>
        <w:rPr>
          <w:rFonts w:ascii="Arial" w:hAnsi="Arial" w:cs="Arial"/>
          <w:sz w:val="32"/>
          <w:szCs w:val="32"/>
        </w:rPr>
      </w:pPr>
      <w:r w:rsidRPr="006A4C9A">
        <w:rPr>
          <w:rFonts w:ascii="Arial" w:hAnsi="Arial" w:cs="Arial"/>
          <w:sz w:val="32"/>
          <w:szCs w:val="32"/>
        </w:rPr>
        <w:t>Email address: __________________________________________</w:t>
      </w:r>
    </w:p>
    <w:p w14:paraId="0F8C5A1B" w14:textId="77777777" w:rsidR="00961655" w:rsidRPr="006A4C9A" w:rsidRDefault="00961655" w:rsidP="00472883">
      <w:pPr>
        <w:rPr>
          <w:rFonts w:ascii="Arial" w:hAnsi="Arial" w:cs="Arial"/>
          <w:sz w:val="32"/>
          <w:szCs w:val="32"/>
        </w:rPr>
      </w:pPr>
      <w:r w:rsidRPr="006A4C9A">
        <w:rPr>
          <w:rFonts w:ascii="Arial" w:hAnsi="Arial" w:cs="Arial"/>
          <w:sz w:val="32"/>
          <w:szCs w:val="32"/>
        </w:rPr>
        <w:t xml:space="preserve">Would you like to get the email newsletter? </w:t>
      </w:r>
      <w:r w:rsidRPr="006A4C9A">
        <w:rPr>
          <w:rFonts w:ascii="Segoe UI Symbol" w:hAnsi="Segoe UI Symbol" w:cs="Segoe UI Symbol"/>
          <w:sz w:val="32"/>
          <w:szCs w:val="32"/>
        </w:rPr>
        <w:t>☐</w:t>
      </w:r>
      <w:r w:rsidRPr="006A4C9A">
        <w:rPr>
          <w:rFonts w:ascii="Arial" w:hAnsi="Arial" w:cs="Arial"/>
          <w:sz w:val="32"/>
          <w:szCs w:val="32"/>
        </w:rPr>
        <w:t xml:space="preserve"> Yes </w:t>
      </w:r>
      <w:r w:rsidRPr="006A4C9A">
        <w:rPr>
          <w:rFonts w:ascii="Segoe UI Symbol" w:hAnsi="Segoe UI Symbol" w:cs="Segoe UI Symbol"/>
          <w:sz w:val="32"/>
          <w:szCs w:val="32"/>
        </w:rPr>
        <w:t>☐</w:t>
      </w:r>
      <w:r w:rsidRPr="006A4C9A">
        <w:rPr>
          <w:rFonts w:ascii="Arial" w:hAnsi="Arial" w:cs="Arial"/>
          <w:sz w:val="32"/>
          <w:szCs w:val="32"/>
        </w:rPr>
        <w:t xml:space="preserve"> No</w:t>
      </w:r>
    </w:p>
    <w:p w14:paraId="387E2B22" w14:textId="77777777" w:rsidR="00333A67" w:rsidRPr="006A4C9A" w:rsidRDefault="00333A67" w:rsidP="00333A67">
      <w:pPr>
        <w:pStyle w:val="Heading2"/>
        <w:rPr>
          <w:rFonts w:ascii="Arial" w:hAnsi="Arial" w:cs="Arial"/>
          <w:sz w:val="32"/>
          <w:szCs w:val="32"/>
        </w:rPr>
      </w:pPr>
      <w:r w:rsidRPr="006A4C9A">
        <w:rPr>
          <w:rFonts w:ascii="Arial" w:hAnsi="Arial" w:cs="Arial"/>
          <w:color w:val="0072CE"/>
          <w:sz w:val="32"/>
          <w:szCs w:val="32"/>
        </w:rPr>
        <w:t>2. Emergency contact</w:t>
      </w:r>
    </w:p>
    <w:p w14:paraId="0E52DF8A" w14:textId="77777777" w:rsidR="00961655" w:rsidRPr="006A4C9A" w:rsidRDefault="00961655" w:rsidP="00FB4C52">
      <w:pPr>
        <w:rPr>
          <w:rFonts w:ascii="Arial" w:hAnsi="Arial" w:cs="Arial"/>
          <w:sz w:val="32"/>
          <w:szCs w:val="32"/>
        </w:rPr>
      </w:pPr>
      <w:r w:rsidRPr="006A4C9A">
        <w:rPr>
          <w:rFonts w:ascii="Arial" w:hAnsi="Arial" w:cs="Arial"/>
          <w:sz w:val="32"/>
          <w:szCs w:val="32"/>
        </w:rPr>
        <w:t>Emergency contact name: ________________________________</w:t>
      </w:r>
    </w:p>
    <w:p w14:paraId="148D173F" w14:textId="77777777" w:rsidR="00961655" w:rsidRPr="006A4C9A" w:rsidRDefault="00961655" w:rsidP="00772E38">
      <w:pPr>
        <w:rPr>
          <w:rFonts w:ascii="Arial" w:hAnsi="Arial" w:cs="Arial"/>
          <w:sz w:val="32"/>
          <w:szCs w:val="32"/>
        </w:rPr>
      </w:pPr>
      <w:r w:rsidRPr="006A4C9A">
        <w:rPr>
          <w:rFonts w:ascii="Arial" w:hAnsi="Arial" w:cs="Arial"/>
          <w:sz w:val="32"/>
          <w:szCs w:val="32"/>
        </w:rPr>
        <w:t>Relationship to member: ________________________________</w:t>
      </w:r>
    </w:p>
    <w:p w14:paraId="5DF01DCE" w14:textId="77777777" w:rsidR="00961655" w:rsidRPr="006A4C9A" w:rsidRDefault="00961655" w:rsidP="0015275E">
      <w:pPr>
        <w:rPr>
          <w:rFonts w:ascii="Arial" w:hAnsi="Arial" w:cs="Arial"/>
          <w:sz w:val="32"/>
          <w:szCs w:val="32"/>
        </w:rPr>
      </w:pPr>
      <w:r w:rsidRPr="006A4C9A">
        <w:rPr>
          <w:rFonts w:ascii="Arial" w:hAnsi="Arial" w:cs="Arial"/>
          <w:sz w:val="32"/>
          <w:szCs w:val="32"/>
        </w:rPr>
        <w:t>Emergency contact phone number: ________________________</w:t>
      </w:r>
    </w:p>
    <w:p w14:paraId="5A43CBCA" w14:textId="77777777" w:rsidR="00961655" w:rsidRPr="006A4C9A" w:rsidRDefault="00961655" w:rsidP="00B21A92">
      <w:pPr>
        <w:rPr>
          <w:rFonts w:ascii="Arial" w:hAnsi="Arial" w:cs="Arial"/>
          <w:sz w:val="32"/>
          <w:szCs w:val="32"/>
        </w:rPr>
      </w:pPr>
      <w:r w:rsidRPr="006A4C9A">
        <w:rPr>
          <w:rFonts w:ascii="Arial" w:hAnsi="Arial" w:cs="Arial"/>
          <w:sz w:val="32"/>
          <w:szCs w:val="32"/>
        </w:rPr>
        <w:t>Emergency contact email: _______________________________</w:t>
      </w:r>
    </w:p>
    <w:p w14:paraId="1EBB765E" w14:textId="77777777" w:rsidR="00961655" w:rsidRPr="006A4C9A" w:rsidRDefault="00961655" w:rsidP="00326001">
      <w:pPr>
        <w:rPr>
          <w:rFonts w:ascii="Arial" w:hAnsi="Arial" w:cs="Arial"/>
          <w:sz w:val="32"/>
          <w:szCs w:val="32"/>
        </w:rPr>
      </w:pPr>
      <w:r w:rsidRPr="006A4C9A">
        <w:rPr>
          <w:rFonts w:ascii="Arial" w:hAnsi="Arial" w:cs="Arial"/>
          <w:sz w:val="32"/>
          <w:szCs w:val="32"/>
        </w:rPr>
        <w:t xml:space="preserve">Would the emergency contact like to get the email newsletter? </w:t>
      </w:r>
      <w:r w:rsidRPr="006A4C9A">
        <w:rPr>
          <w:rFonts w:ascii="Segoe UI Symbol" w:hAnsi="Segoe UI Symbol" w:cs="Segoe UI Symbol"/>
          <w:sz w:val="32"/>
          <w:szCs w:val="32"/>
        </w:rPr>
        <w:t>☐</w:t>
      </w:r>
      <w:r w:rsidRPr="006A4C9A">
        <w:rPr>
          <w:rFonts w:ascii="Arial" w:hAnsi="Arial" w:cs="Arial"/>
          <w:sz w:val="32"/>
          <w:szCs w:val="32"/>
        </w:rPr>
        <w:t xml:space="preserve"> Yes </w:t>
      </w:r>
      <w:r w:rsidRPr="006A4C9A">
        <w:rPr>
          <w:rFonts w:ascii="Segoe UI Symbol" w:hAnsi="Segoe UI Symbol" w:cs="Segoe UI Symbol"/>
          <w:sz w:val="32"/>
          <w:szCs w:val="32"/>
        </w:rPr>
        <w:t>☐</w:t>
      </w:r>
      <w:r w:rsidRPr="006A4C9A">
        <w:rPr>
          <w:rFonts w:ascii="Arial" w:hAnsi="Arial" w:cs="Arial"/>
          <w:sz w:val="32"/>
          <w:szCs w:val="32"/>
        </w:rPr>
        <w:t xml:space="preserve"> No</w:t>
      </w:r>
    </w:p>
    <w:p w14:paraId="7495E01C" w14:textId="04E0F09A" w:rsidR="00333A67" w:rsidRPr="006A4C9A" w:rsidRDefault="00333A67" w:rsidP="00333A67">
      <w:pPr>
        <w:pStyle w:val="Heading2"/>
        <w:rPr>
          <w:rFonts w:ascii="Arial" w:hAnsi="Arial" w:cs="Arial"/>
          <w:sz w:val="32"/>
          <w:szCs w:val="32"/>
        </w:rPr>
      </w:pPr>
      <w:r w:rsidRPr="006A4C9A">
        <w:rPr>
          <w:rFonts w:ascii="Arial" w:hAnsi="Arial" w:cs="Arial"/>
          <w:color w:val="0072CE"/>
          <w:sz w:val="32"/>
          <w:szCs w:val="32"/>
        </w:rPr>
        <w:t>3. Health information</w:t>
      </w:r>
    </w:p>
    <w:p w14:paraId="18B4FC96" w14:textId="77777777" w:rsidR="00961655" w:rsidRPr="006A4C9A" w:rsidRDefault="00961655" w:rsidP="00FD700A">
      <w:pPr>
        <w:rPr>
          <w:rFonts w:ascii="Arial" w:hAnsi="Arial" w:cs="Arial"/>
          <w:sz w:val="32"/>
          <w:szCs w:val="32"/>
        </w:rPr>
      </w:pPr>
      <w:r w:rsidRPr="006A4C9A">
        <w:rPr>
          <w:rFonts w:ascii="Arial" w:hAnsi="Arial" w:cs="Arial"/>
          <w:sz w:val="32"/>
          <w:szCs w:val="32"/>
        </w:rPr>
        <w:t>GP surgery name: ________________________________________</w:t>
      </w:r>
    </w:p>
    <w:p w14:paraId="4AB76459" w14:textId="77777777" w:rsidR="00961655" w:rsidRPr="006A4C9A" w:rsidRDefault="00961655" w:rsidP="004C7AD4">
      <w:pPr>
        <w:rPr>
          <w:rFonts w:ascii="Arial" w:hAnsi="Arial" w:cs="Arial"/>
          <w:sz w:val="32"/>
          <w:szCs w:val="32"/>
        </w:rPr>
      </w:pPr>
      <w:r w:rsidRPr="006A4C9A">
        <w:rPr>
          <w:rFonts w:ascii="Arial" w:hAnsi="Arial" w:cs="Arial"/>
          <w:sz w:val="32"/>
          <w:szCs w:val="32"/>
        </w:rPr>
        <w:t>GP phone number: ________________________________________</w:t>
      </w:r>
    </w:p>
    <w:p w14:paraId="29B1D0F9" w14:textId="77777777" w:rsidR="00961655" w:rsidRDefault="00961655" w:rsidP="003B3604">
      <w:pPr>
        <w:rPr>
          <w:rFonts w:ascii="Arial" w:hAnsi="Arial" w:cs="Arial"/>
          <w:sz w:val="32"/>
          <w:szCs w:val="32"/>
        </w:rPr>
      </w:pPr>
      <w:r w:rsidRPr="006A4C9A">
        <w:rPr>
          <w:rFonts w:ascii="Arial" w:hAnsi="Arial" w:cs="Arial"/>
          <w:sz w:val="32"/>
          <w:szCs w:val="32"/>
        </w:rPr>
        <w:lastRenderedPageBreak/>
        <w:t>Health conditions or important information we should know:</w:t>
      </w:r>
    </w:p>
    <w:p w14:paraId="55A9AB33" w14:textId="77777777" w:rsidR="0058101D" w:rsidRPr="006A4C9A" w:rsidRDefault="0058101D" w:rsidP="003B3604">
      <w:pPr>
        <w:rPr>
          <w:rFonts w:ascii="Arial" w:hAnsi="Arial" w:cs="Arial"/>
          <w:sz w:val="32"/>
          <w:szCs w:val="32"/>
        </w:rPr>
      </w:pPr>
    </w:p>
    <w:p w14:paraId="5B8B8220" w14:textId="6919987E" w:rsidR="00961655" w:rsidRPr="006A4C9A" w:rsidRDefault="00961655" w:rsidP="00823324">
      <w:pPr>
        <w:rPr>
          <w:rFonts w:ascii="Arial" w:hAnsi="Arial" w:cs="Arial"/>
          <w:sz w:val="32"/>
          <w:szCs w:val="32"/>
        </w:rPr>
      </w:pPr>
      <w:r w:rsidRPr="006A4C9A">
        <w:rPr>
          <w:rFonts w:ascii="Arial" w:hAnsi="Arial" w:cs="Arial"/>
          <w:sz w:val="32"/>
          <w:szCs w:val="32"/>
        </w:rPr>
        <w:t xml:space="preserve">How will you come to club? </w:t>
      </w:r>
      <w:r w:rsidR="0058101D">
        <w:rPr>
          <w:rFonts w:ascii="Arial" w:hAnsi="Arial" w:cs="Arial"/>
          <w:sz w:val="32"/>
          <w:szCs w:val="32"/>
        </w:rPr>
        <w:br/>
      </w:r>
      <w:r w:rsidRPr="006A4C9A">
        <w:rPr>
          <w:rFonts w:ascii="Segoe UI Symbol" w:hAnsi="Segoe UI Symbol" w:cs="Segoe UI Symbol"/>
          <w:sz w:val="32"/>
          <w:szCs w:val="32"/>
        </w:rPr>
        <w:t>☐</w:t>
      </w:r>
      <w:r w:rsidRPr="006A4C9A">
        <w:rPr>
          <w:rFonts w:ascii="Arial" w:hAnsi="Arial" w:cs="Arial"/>
          <w:sz w:val="32"/>
          <w:szCs w:val="32"/>
        </w:rPr>
        <w:t xml:space="preserve"> On my own </w:t>
      </w:r>
      <w:r w:rsidRPr="006A4C9A">
        <w:rPr>
          <w:rFonts w:ascii="Segoe UI Symbol" w:hAnsi="Segoe UI Symbol" w:cs="Segoe UI Symbol"/>
          <w:sz w:val="32"/>
          <w:szCs w:val="32"/>
        </w:rPr>
        <w:t>☐</w:t>
      </w:r>
      <w:r w:rsidRPr="006A4C9A">
        <w:rPr>
          <w:rFonts w:ascii="Arial" w:hAnsi="Arial" w:cs="Arial"/>
          <w:sz w:val="32"/>
          <w:szCs w:val="32"/>
        </w:rPr>
        <w:t xml:space="preserve"> With a carer until I settle in </w:t>
      </w:r>
      <w:r w:rsidRPr="006A4C9A">
        <w:rPr>
          <w:rFonts w:ascii="Segoe UI Symbol" w:hAnsi="Segoe UI Symbol" w:cs="Segoe UI Symbol"/>
          <w:sz w:val="32"/>
          <w:szCs w:val="32"/>
        </w:rPr>
        <w:t>☐</w:t>
      </w:r>
      <w:r w:rsidRPr="006A4C9A">
        <w:rPr>
          <w:rFonts w:ascii="Arial" w:hAnsi="Arial" w:cs="Arial"/>
          <w:sz w:val="32"/>
          <w:szCs w:val="32"/>
        </w:rPr>
        <w:t xml:space="preserve"> With a carer every time</w:t>
      </w:r>
      <w:r w:rsidRPr="006A4C9A">
        <w:rPr>
          <w:rFonts w:ascii="Arial" w:hAnsi="Arial" w:cs="Arial"/>
          <w:sz w:val="32"/>
          <w:szCs w:val="32"/>
        </w:rPr>
        <w:br/>
        <w:t xml:space="preserve">Covid vaccinations: </w:t>
      </w:r>
      <w:r w:rsidRPr="006A4C9A">
        <w:rPr>
          <w:rFonts w:ascii="Segoe UI Symbol" w:hAnsi="Segoe UI Symbol" w:cs="Segoe UI Symbol"/>
          <w:sz w:val="32"/>
          <w:szCs w:val="32"/>
        </w:rPr>
        <w:t>☐</w:t>
      </w:r>
      <w:r w:rsidRPr="006A4C9A">
        <w:rPr>
          <w:rFonts w:ascii="Arial" w:hAnsi="Arial" w:cs="Arial"/>
          <w:sz w:val="32"/>
          <w:szCs w:val="32"/>
        </w:rPr>
        <w:t xml:space="preserve"> Yes </w:t>
      </w:r>
      <w:r w:rsidRPr="006A4C9A">
        <w:rPr>
          <w:rFonts w:ascii="Segoe UI Symbol" w:hAnsi="Segoe UI Symbol" w:cs="Segoe UI Symbol"/>
          <w:sz w:val="32"/>
          <w:szCs w:val="32"/>
        </w:rPr>
        <w:t>☐</w:t>
      </w:r>
      <w:r w:rsidRPr="006A4C9A">
        <w:rPr>
          <w:rFonts w:ascii="Arial" w:hAnsi="Arial" w:cs="Arial"/>
          <w:sz w:val="32"/>
          <w:szCs w:val="32"/>
        </w:rPr>
        <w:t xml:space="preserve"> No</w:t>
      </w:r>
      <w:r w:rsidRPr="006A4C9A">
        <w:rPr>
          <w:rFonts w:ascii="Arial" w:hAnsi="Arial" w:cs="Arial"/>
          <w:sz w:val="32"/>
          <w:szCs w:val="32"/>
        </w:rPr>
        <w:br/>
        <w:t xml:space="preserve">Flu vaccinations: </w:t>
      </w:r>
      <w:r w:rsidRPr="006A4C9A">
        <w:rPr>
          <w:rFonts w:ascii="Segoe UI Symbol" w:hAnsi="Segoe UI Symbol" w:cs="Segoe UI Symbol"/>
          <w:sz w:val="32"/>
          <w:szCs w:val="32"/>
        </w:rPr>
        <w:t>☐</w:t>
      </w:r>
      <w:r w:rsidRPr="006A4C9A">
        <w:rPr>
          <w:rFonts w:ascii="Arial" w:hAnsi="Arial" w:cs="Arial"/>
          <w:sz w:val="32"/>
          <w:szCs w:val="32"/>
        </w:rPr>
        <w:t xml:space="preserve"> Yes </w:t>
      </w:r>
      <w:r w:rsidRPr="006A4C9A">
        <w:rPr>
          <w:rFonts w:ascii="Segoe UI Symbol" w:hAnsi="Segoe UI Symbol" w:cs="Segoe UI Symbol"/>
          <w:sz w:val="32"/>
          <w:szCs w:val="32"/>
        </w:rPr>
        <w:t>☐</w:t>
      </w:r>
      <w:r w:rsidRPr="006A4C9A">
        <w:rPr>
          <w:rFonts w:ascii="Arial" w:hAnsi="Arial" w:cs="Arial"/>
          <w:sz w:val="32"/>
          <w:szCs w:val="32"/>
        </w:rPr>
        <w:t xml:space="preserve"> No</w:t>
      </w:r>
    </w:p>
    <w:p w14:paraId="6A1DE44D" w14:textId="77777777" w:rsidR="00FB6DC6" w:rsidRDefault="00FB6DC6" w:rsidP="00FB6DC6">
      <w:pPr>
        <w:pStyle w:val="Heading2"/>
        <w:rPr>
          <w:kern w:val="2"/>
          <w:lang w:val="en-GB" w:eastAsia="en-GB"/>
          <w14:ligatures w14:val="standardContextual"/>
        </w:rPr>
      </w:pPr>
      <w:r>
        <w:rPr>
          <w:rFonts w:ascii="Arial" w:hAnsi="Arial" w:cs="Arial"/>
          <w:color w:val="0072CE"/>
          <w:sz w:val="32"/>
          <w:szCs w:val="32"/>
        </w:rPr>
        <w:t>4. Travel information</w:t>
      </w:r>
    </w:p>
    <w:p w14:paraId="12777AB9" w14:textId="77777777" w:rsidR="006A4C9A" w:rsidRDefault="00961655" w:rsidP="00534718">
      <w:pPr>
        <w:rPr>
          <w:rFonts w:ascii="Arial" w:hAnsi="Arial" w:cs="Arial"/>
          <w:sz w:val="32"/>
          <w:szCs w:val="32"/>
        </w:rPr>
      </w:pPr>
      <w:r w:rsidRPr="006A4C9A">
        <w:rPr>
          <w:rFonts w:ascii="Arial" w:hAnsi="Arial" w:cs="Arial"/>
          <w:sz w:val="32"/>
          <w:szCs w:val="32"/>
        </w:rPr>
        <w:t xml:space="preserve">How will you travel to and from club? </w:t>
      </w:r>
    </w:p>
    <w:p w14:paraId="0AC8F1D1" w14:textId="13ED5235" w:rsidR="00961655" w:rsidRPr="006A4C9A" w:rsidRDefault="00961655" w:rsidP="00534718">
      <w:pPr>
        <w:rPr>
          <w:rFonts w:ascii="Arial" w:hAnsi="Arial" w:cs="Arial"/>
          <w:sz w:val="32"/>
          <w:szCs w:val="32"/>
        </w:rPr>
      </w:pPr>
      <w:r w:rsidRPr="006A4C9A">
        <w:rPr>
          <w:rFonts w:ascii="Segoe UI Symbol" w:hAnsi="Segoe UI Symbol" w:cs="Segoe UI Symbol"/>
          <w:sz w:val="32"/>
          <w:szCs w:val="32"/>
        </w:rPr>
        <w:t>☐</w:t>
      </w:r>
      <w:r w:rsidRPr="006A4C9A">
        <w:rPr>
          <w:rFonts w:ascii="Arial" w:hAnsi="Arial" w:cs="Arial"/>
          <w:sz w:val="32"/>
          <w:szCs w:val="32"/>
        </w:rPr>
        <w:t xml:space="preserve"> Independent </w:t>
      </w:r>
      <w:r w:rsidRPr="006A4C9A">
        <w:rPr>
          <w:rFonts w:ascii="Segoe UI Symbol" w:hAnsi="Segoe UI Symbol" w:cs="Segoe UI Symbol"/>
          <w:sz w:val="32"/>
          <w:szCs w:val="32"/>
        </w:rPr>
        <w:t>☐</w:t>
      </w:r>
      <w:r w:rsidRPr="006A4C9A">
        <w:rPr>
          <w:rFonts w:ascii="Arial" w:hAnsi="Arial" w:cs="Arial"/>
          <w:sz w:val="32"/>
          <w:szCs w:val="32"/>
        </w:rPr>
        <w:t xml:space="preserve"> Carer </w:t>
      </w:r>
      <w:r w:rsidRPr="006A4C9A">
        <w:rPr>
          <w:rFonts w:ascii="Segoe UI Symbol" w:hAnsi="Segoe UI Symbol" w:cs="Segoe UI Symbol"/>
          <w:sz w:val="32"/>
          <w:szCs w:val="32"/>
        </w:rPr>
        <w:t>☐</w:t>
      </w:r>
      <w:r w:rsidRPr="006A4C9A">
        <w:rPr>
          <w:rFonts w:ascii="Arial" w:hAnsi="Arial" w:cs="Arial"/>
          <w:sz w:val="32"/>
          <w:szCs w:val="32"/>
        </w:rPr>
        <w:t xml:space="preserve"> Taxi</w:t>
      </w:r>
    </w:p>
    <w:p w14:paraId="7DEAF332" w14:textId="77777777" w:rsidR="00961655" w:rsidRPr="006A4C9A" w:rsidRDefault="00961655" w:rsidP="00F778BF">
      <w:pPr>
        <w:rPr>
          <w:rFonts w:ascii="Arial" w:hAnsi="Arial" w:cs="Arial"/>
          <w:sz w:val="32"/>
          <w:szCs w:val="32"/>
        </w:rPr>
      </w:pPr>
      <w:r w:rsidRPr="006A4C9A">
        <w:rPr>
          <w:rFonts w:ascii="Arial" w:hAnsi="Arial" w:cs="Arial"/>
          <w:sz w:val="32"/>
          <w:szCs w:val="32"/>
        </w:rPr>
        <w:t>Taxi company, if you use one: ___________________________</w:t>
      </w:r>
    </w:p>
    <w:p w14:paraId="6DB1BE21" w14:textId="77777777" w:rsidR="00961655" w:rsidRPr="006A4C9A" w:rsidRDefault="00961655" w:rsidP="0013602D">
      <w:pPr>
        <w:rPr>
          <w:rFonts w:ascii="Arial" w:hAnsi="Arial" w:cs="Arial"/>
          <w:sz w:val="32"/>
          <w:szCs w:val="32"/>
        </w:rPr>
      </w:pPr>
      <w:r w:rsidRPr="006A4C9A">
        <w:rPr>
          <w:rFonts w:ascii="Arial" w:hAnsi="Arial" w:cs="Arial"/>
          <w:sz w:val="32"/>
          <w:szCs w:val="32"/>
        </w:rPr>
        <w:t>Taxi phone number: ______________________________________</w:t>
      </w:r>
    </w:p>
    <w:p w14:paraId="650BC872" w14:textId="77777777" w:rsidR="00333A67" w:rsidRPr="006A4C9A" w:rsidRDefault="00333A67" w:rsidP="00333A67">
      <w:pPr>
        <w:pStyle w:val="Heading2"/>
        <w:rPr>
          <w:rFonts w:ascii="Arial" w:hAnsi="Arial" w:cs="Arial"/>
          <w:sz w:val="32"/>
          <w:szCs w:val="32"/>
        </w:rPr>
      </w:pPr>
      <w:r w:rsidRPr="006A4C9A">
        <w:rPr>
          <w:rFonts w:ascii="Arial" w:hAnsi="Arial" w:cs="Arial"/>
          <w:color w:val="0072CE"/>
          <w:sz w:val="32"/>
          <w:szCs w:val="32"/>
        </w:rPr>
        <w:t>5. Club attendance</w:t>
      </w:r>
    </w:p>
    <w:p w14:paraId="14D4CECB" w14:textId="77777777" w:rsidR="00961655" w:rsidRPr="006A4C9A" w:rsidRDefault="00961655" w:rsidP="008376B6">
      <w:pPr>
        <w:rPr>
          <w:rFonts w:ascii="Arial" w:hAnsi="Arial" w:cs="Arial"/>
          <w:sz w:val="32"/>
          <w:szCs w:val="32"/>
        </w:rPr>
      </w:pPr>
      <w:r w:rsidRPr="006A4C9A">
        <w:rPr>
          <w:rFonts w:ascii="Arial" w:hAnsi="Arial" w:cs="Arial"/>
          <w:sz w:val="32"/>
          <w:szCs w:val="32"/>
        </w:rPr>
        <w:t>Please tick the days you will usually come to club:</w:t>
      </w:r>
    </w:p>
    <w:p w14:paraId="4B557923" w14:textId="748D3D2C" w:rsidR="00961655" w:rsidRPr="006A4C9A" w:rsidRDefault="00961655" w:rsidP="001D4F07">
      <w:pPr>
        <w:rPr>
          <w:rFonts w:ascii="Arial" w:hAnsi="Arial" w:cs="Arial"/>
          <w:sz w:val="32"/>
          <w:szCs w:val="32"/>
        </w:rPr>
      </w:pPr>
      <w:r w:rsidRPr="006A4C9A">
        <w:rPr>
          <w:rFonts w:ascii="Segoe UI Symbol" w:hAnsi="Segoe UI Symbol" w:cs="Segoe UI Symbol"/>
          <w:sz w:val="32"/>
          <w:szCs w:val="32"/>
        </w:rPr>
        <w:t>☐</w:t>
      </w:r>
      <w:r w:rsidRPr="006A4C9A">
        <w:rPr>
          <w:rFonts w:ascii="Arial" w:hAnsi="Arial" w:cs="Arial"/>
          <w:sz w:val="32"/>
          <w:szCs w:val="32"/>
        </w:rPr>
        <w:t xml:space="preserve"> Wednesday </w:t>
      </w:r>
      <w:r w:rsidRPr="006A4C9A">
        <w:rPr>
          <w:rFonts w:ascii="Segoe UI Symbol" w:hAnsi="Segoe UI Symbol" w:cs="Segoe UI Symbol"/>
          <w:sz w:val="32"/>
          <w:szCs w:val="32"/>
        </w:rPr>
        <w:t>☐</w:t>
      </w:r>
      <w:r w:rsidRPr="006A4C9A">
        <w:rPr>
          <w:rFonts w:ascii="Arial" w:hAnsi="Arial" w:cs="Arial"/>
          <w:sz w:val="32"/>
          <w:szCs w:val="32"/>
        </w:rPr>
        <w:t xml:space="preserve"> Thursday </w:t>
      </w:r>
      <w:r w:rsidRPr="006A4C9A">
        <w:rPr>
          <w:rFonts w:ascii="Segoe UI Symbol" w:hAnsi="Segoe UI Symbol" w:cs="Segoe UI Symbol"/>
          <w:sz w:val="32"/>
          <w:szCs w:val="32"/>
        </w:rPr>
        <w:t>☐</w:t>
      </w:r>
      <w:r w:rsidRPr="006A4C9A">
        <w:rPr>
          <w:rFonts w:ascii="Arial" w:hAnsi="Arial" w:cs="Arial"/>
          <w:sz w:val="32"/>
          <w:szCs w:val="32"/>
        </w:rPr>
        <w:t xml:space="preserve"> Friday </w:t>
      </w:r>
      <w:r w:rsidRPr="006A4C9A">
        <w:rPr>
          <w:rFonts w:ascii="Segoe UI Symbol" w:hAnsi="Segoe UI Symbol" w:cs="Segoe UI Symbol"/>
          <w:sz w:val="32"/>
          <w:szCs w:val="32"/>
        </w:rPr>
        <w:t>☐</w:t>
      </w:r>
      <w:r w:rsidRPr="006A4C9A">
        <w:rPr>
          <w:rFonts w:ascii="Arial" w:hAnsi="Arial" w:cs="Arial"/>
          <w:sz w:val="32"/>
          <w:szCs w:val="32"/>
        </w:rPr>
        <w:t xml:space="preserve"> Saturday Evening</w:t>
      </w:r>
    </w:p>
    <w:p w14:paraId="4BB87BCA" w14:textId="77777777" w:rsidR="00961655" w:rsidRPr="006A4C9A" w:rsidRDefault="00961655" w:rsidP="00317B37">
      <w:pPr>
        <w:rPr>
          <w:rFonts w:ascii="Arial" w:hAnsi="Arial" w:cs="Arial"/>
          <w:sz w:val="32"/>
          <w:szCs w:val="32"/>
        </w:rPr>
      </w:pPr>
      <w:r w:rsidRPr="006A4C9A">
        <w:rPr>
          <w:rFonts w:ascii="Arial" w:hAnsi="Arial" w:cs="Arial"/>
          <w:sz w:val="32"/>
          <w:szCs w:val="32"/>
        </w:rPr>
        <w:t>Email address for monthly invoices, for daytime sessions only:</w:t>
      </w:r>
    </w:p>
    <w:p w14:paraId="6EF0CDF2" w14:textId="77777777" w:rsidR="00333A67" w:rsidRPr="006A4C9A" w:rsidRDefault="00333A67" w:rsidP="00333A67">
      <w:pPr>
        <w:pStyle w:val="Heading2"/>
        <w:rPr>
          <w:rFonts w:ascii="Arial" w:hAnsi="Arial" w:cs="Arial"/>
          <w:sz w:val="32"/>
          <w:szCs w:val="32"/>
        </w:rPr>
      </w:pPr>
      <w:r w:rsidRPr="006A4C9A">
        <w:rPr>
          <w:rFonts w:ascii="Arial" w:hAnsi="Arial" w:cs="Arial"/>
          <w:color w:val="0072CE"/>
          <w:sz w:val="32"/>
          <w:szCs w:val="32"/>
        </w:rPr>
        <w:t>6. VAT exemption confirmation</w:t>
      </w:r>
    </w:p>
    <w:p w14:paraId="71D3BF47" w14:textId="77777777" w:rsidR="00961655" w:rsidRPr="006A4C9A" w:rsidRDefault="00961655" w:rsidP="00D32375">
      <w:pPr>
        <w:rPr>
          <w:rFonts w:ascii="Arial" w:hAnsi="Arial" w:cs="Arial"/>
          <w:sz w:val="32"/>
          <w:szCs w:val="32"/>
        </w:rPr>
      </w:pPr>
      <w:r w:rsidRPr="006A4C9A">
        <w:rPr>
          <w:rFonts w:ascii="Arial" w:hAnsi="Arial" w:cs="Arial"/>
          <w:sz w:val="32"/>
          <w:szCs w:val="32"/>
        </w:rPr>
        <w:t>Please tick the boxes that apply:</w:t>
      </w:r>
    </w:p>
    <w:p w14:paraId="139173CB" w14:textId="77777777" w:rsidR="00FB6DC6" w:rsidRDefault="00FB6DC6">
      <w:pPr>
        <w:rPr>
          <w:kern w:val="2"/>
          <w:lang w:val="en-GB" w:eastAsia="en-GB"/>
          <w14:ligatures w14:val="standardContextual"/>
        </w:rPr>
      </w:pPr>
      <w:r>
        <w:rPr>
          <w:rFonts w:ascii="Segoe UI Symbol" w:hAnsi="Segoe UI Symbol" w:cs="Segoe UI Symbol"/>
          <w:sz w:val="32"/>
          <w:szCs w:val="32"/>
        </w:rPr>
        <w:t>☐</w:t>
      </w:r>
      <w:r>
        <w:rPr>
          <w:rFonts w:ascii="Arial" w:hAnsi="Arial" w:cs="Arial"/>
          <w:sz w:val="32"/>
          <w:szCs w:val="32"/>
        </w:rPr>
        <w:t xml:space="preserve"> The person getting our services has a disability.</w:t>
      </w:r>
    </w:p>
    <w:p w14:paraId="7DDFBC7C" w14:textId="77777777" w:rsidR="00961655" w:rsidRPr="006A4C9A" w:rsidRDefault="00961655" w:rsidP="009B2A88">
      <w:pPr>
        <w:rPr>
          <w:rFonts w:ascii="Arial" w:hAnsi="Arial" w:cs="Arial"/>
          <w:sz w:val="32"/>
          <w:szCs w:val="32"/>
        </w:rPr>
      </w:pPr>
      <w:r w:rsidRPr="006A4C9A">
        <w:rPr>
          <w:rFonts w:ascii="Segoe UI Symbol" w:hAnsi="Segoe UI Symbol" w:cs="Segoe UI Symbol"/>
          <w:sz w:val="32"/>
          <w:szCs w:val="32"/>
        </w:rPr>
        <w:t>☐</w:t>
      </w:r>
      <w:r w:rsidRPr="006A4C9A">
        <w:rPr>
          <w:rFonts w:ascii="Arial" w:hAnsi="Arial" w:cs="Arial"/>
          <w:sz w:val="32"/>
          <w:szCs w:val="32"/>
        </w:rPr>
        <w:t xml:space="preserve"> The care, support or instruction we provide is part of a </w:t>
      </w:r>
      <w:proofErr w:type="spellStart"/>
      <w:r w:rsidRPr="006A4C9A">
        <w:rPr>
          <w:rFonts w:ascii="Arial" w:hAnsi="Arial" w:cs="Arial"/>
          <w:sz w:val="32"/>
          <w:szCs w:val="32"/>
        </w:rPr>
        <w:t>recognised</w:t>
      </w:r>
      <w:proofErr w:type="spellEnd"/>
      <w:r w:rsidRPr="006A4C9A">
        <w:rPr>
          <w:rFonts w:ascii="Arial" w:hAnsi="Arial" w:cs="Arial"/>
          <w:sz w:val="32"/>
          <w:szCs w:val="32"/>
        </w:rPr>
        <w:t xml:space="preserve"> individual care plan.</w:t>
      </w:r>
    </w:p>
    <w:p w14:paraId="70F9E132" w14:textId="77777777" w:rsidR="00961655" w:rsidRPr="006A4C9A" w:rsidRDefault="00961655" w:rsidP="00C05D82">
      <w:pPr>
        <w:rPr>
          <w:rFonts w:ascii="Arial" w:hAnsi="Arial" w:cs="Arial"/>
          <w:sz w:val="32"/>
          <w:szCs w:val="32"/>
        </w:rPr>
      </w:pPr>
      <w:r w:rsidRPr="006A4C9A">
        <w:rPr>
          <w:rFonts w:ascii="Segoe UI Symbol" w:hAnsi="Segoe UI Symbol" w:cs="Segoe UI Symbol"/>
          <w:sz w:val="32"/>
          <w:szCs w:val="32"/>
        </w:rPr>
        <w:t>☐</w:t>
      </w:r>
      <w:r w:rsidRPr="006A4C9A">
        <w:rPr>
          <w:rFonts w:ascii="Arial" w:hAnsi="Arial" w:cs="Arial"/>
          <w:sz w:val="32"/>
          <w:szCs w:val="32"/>
        </w:rPr>
        <w:t xml:space="preserve"> A qualified professional has assessed the person’s needs. This could be a social worker or healthcare professional.</w:t>
      </w:r>
    </w:p>
    <w:p w14:paraId="73D484FB" w14:textId="77777777" w:rsidR="00961655" w:rsidRPr="006A4C9A" w:rsidRDefault="00961655" w:rsidP="00B71509">
      <w:pPr>
        <w:rPr>
          <w:rFonts w:ascii="Arial" w:hAnsi="Arial" w:cs="Arial"/>
          <w:sz w:val="32"/>
          <w:szCs w:val="32"/>
        </w:rPr>
      </w:pPr>
      <w:r w:rsidRPr="006A4C9A">
        <w:rPr>
          <w:rFonts w:ascii="Arial" w:hAnsi="Arial" w:cs="Arial"/>
          <w:sz w:val="32"/>
          <w:szCs w:val="32"/>
        </w:rPr>
        <w:t>Please give us a copy of the member’s care plan. The care plan must show that they need day opportunities. We need this so we can show that the support at Gateway Club is part of a specific written care plan.</w:t>
      </w:r>
    </w:p>
    <w:p w14:paraId="2357E7B1" w14:textId="77777777" w:rsidR="00FB6DC6" w:rsidRDefault="00FB6DC6" w:rsidP="00FB6DC6">
      <w:pPr>
        <w:pStyle w:val="Heading2"/>
        <w:rPr>
          <w:kern w:val="2"/>
          <w:lang w:val="en-GB" w:eastAsia="en-GB"/>
          <w14:ligatures w14:val="standardContextual"/>
        </w:rPr>
      </w:pPr>
      <w:r>
        <w:rPr>
          <w:rFonts w:ascii="Arial" w:hAnsi="Arial" w:cs="Arial"/>
          <w:color w:val="0072CE"/>
          <w:sz w:val="32"/>
          <w:szCs w:val="32"/>
        </w:rPr>
        <w:lastRenderedPageBreak/>
        <w:t>7. Personal Emergency Evacuation Plan</w:t>
      </w:r>
    </w:p>
    <w:p w14:paraId="19539E55" w14:textId="77777777" w:rsidR="00961655" w:rsidRDefault="00961655" w:rsidP="00961D89">
      <w:pPr>
        <w:rPr>
          <w:rFonts w:ascii="Arial" w:hAnsi="Arial" w:cs="Arial"/>
          <w:sz w:val="32"/>
          <w:szCs w:val="32"/>
        </w:rPr>
      </w:pPr>
      <w:r w:rsidRPr="006A4C9A">
        <w:rPr>
          <w:rFonts w:ascii="Arial" w:hAnsi="Arial" w:cs="Arial"/>
          <w:sz w:val="32"/>
          <w:szCs w:val="32"/>
        </w:rPr>
        <w:t>Do you have</w:t>
      </w:r>
      <w:r w:rsidRPr="006A4C9A">
        <w:rPr>
          <w:rFonts w:ascii="Arial" w:eastAsia="Cambria" w:hAnsi="Arial" w:cs="Arial"/>
          <w:color w:val="000000" w:themeColor="text1"/>
          <w:sz w:val="32"/>
          <w:szCs w:val="32"/>
          <w:lang w:val="en-GB"/>
        </w:rPr>
        <w:t xml:space="preserve"> any support needs </w:t>
      </w:r>
      <w:r w:rsidRPr="006A4C9A">
        <w:rPr>
          <w:rFonts w:ascii="Arial" w:hAnsi="Arial" w:cs="Arial"/>
          <w:sz w:val="32"/>
          <w:szCs w:val="32"/>
        </w:rPr>
        <w:t>that could affect you during</w:t>
      </w:r>
      <w:r w:rsidRPr="006A4C9A">
        <w:rPr>
          <w:rFonts w:ascii="Arial" w:eastAsia="Cambria" w:hAnsi="Arial" w:cs="Arial"/>
          <w:color w:val="000000" w:themeColor="text1"/>
          <w:sz w:val="32"/>
          <w:szCs w:val="32"/>
          <w:lang w:val="en-GB"/>
        </w:rPr>
        <w:t xml:space="preserve"> a fire</w:t>
      </w:r>
      <w:r w:rsidRPr="006A4C9A">
        <w:rPr>
          <w:rFonts w:ascii="Arial" w:hAnsi="Arial" w:cs="Arial"/>
          <w:sz w:val="32"/>
          <w:szCs w:val="32"/>
        </w:rPr>
        <w:t xml:space="preserve"> or </w:t>
      </w:r>
      <w:r w:rsidRPr="006A4C9A">
        <w:rPr>
          <w:rFonts w:ascii="Arial" w:eastAsia="Cambria" w:hAnsi="Arial" w:cs="Arial"/>
          <w:color w:val="000000" w:themeColor="text1"/>
          <w:sz w:val="32"/>
          <w:szCs w:val="32"/>
          <w:lang w:val="en-GB"/>
        </w:rPr>
        <w:t xml:space="preserve">emergency evacuation? </w:t>
      </w:r>
      <w:r w:rsidRPr="006A4C9A">
        <w:rPr>
          <w:rFonts w:ascii="Segoe UI Symbol" w:hAnsi="Segoe UI Symbol" w:cs="Segoe UI Symbol"/>
          <w:sz w:val="32"/>
          <w:szCs w:val="32"/>
        </w:rPr>
        <w:t>☐</w:t>
      </w:r>
      <w:r w:rsidRPr="006A4C9A">
        <w:rPr>
          <w:rFonts w:ascii="Arial" w:hAnsi="Arial" w:cs="Arial"/>
          <w:sz w:val="32"/>
          <w:szCs w:val="32"/>
        </w:rPr>
        <w:t xml:space="preserve"> Yes </w:t>
      </w:r>
      <w:r w:rsidRPr="006A4C9A">
        <w:rPr>
          <w:rFonts w:ascii="Segoe UI Symbol" w:hAnsi="Segoe UI Symbol" w:cs="Segoe UI Symbol"/>
          <w:sz w:val="32"/>
          <w:szCs w:val="32"/>
        </w:rPr>
        <w:t>☐</w:t>
      </w:r>
      <w:r w:rsidRPr="006A4C9A">
        <w:rPr>
          <w:rFonts w:ascii="Arial" w:hAnsi="Arial" w:cs="Arial"/>
          <w:sz w:val="32"/>
          <w:szCs w:val="32"/>
        </w:rPr>
        <w:t xml:space="preserve"> No</w:t>
      </w:r>
    </w:p>
    <w:p w14:paraId="04E192DE" w14:textId="77777777" w:rsidR="00961655" w:rsidRDefault="00961655" w:rsidP="00022149">
      <w:pPr>
        <w:rPr>
          <w:rFonts w:ascii="Arial" w:hAnsi="Arial" w:cs="Arial"/>
          <w:sz w:val="32"/>
          <w:szCs w:val="32"/>
        </w:rPr>
      </w:pPr>
      <w:r w:rsidRPr="006A4C9A">
        <w:rPr>
          <w:rFonts w:ascii="Arial" w:eastAsia="Cambria" w:hAnsi="Arial" w:cs="Arial"/>
          <w:color w:val="000000" w:themeColor="text1"/>
          <w:sz w:val="32"/>
          <w:szCs w:val="32"/>
          <w:lang w:val="en-GB"/>
        </w:rPr>
        <w:t>For example</w:t>
      </w:r>
      <w:r w:rsidRPr="006A4C9A">
        <w:rPr>
          <w:rFonts w:ascii="Arial" w:hAnsi="Arial" w:cs="Arial"/>
          <w:sz w:val="32"/>
          <w:szCs w:val="32"/>
        </w:rPr>
        <w:t>, this could include</w:t>
      </w:r>
      <w:r w:rsidRPr="006A4C9A">
        <w:rPr>
          <w:rFonts w:ascii="Arial" w:eastAsia="Cambria" w:hAnsi="Arial" w:cs="Arial"/>
          <w:color w:val="000000" w:themeColor="text1"/>
          <w:sz w:val="32"/>
          <w:szCs w:val="32"/>
          <w:lang w:val="en-GB"/>
        </w:rPr>
        <w:t xml:space="preserve"> mobility </w:t>
      </w:r>
      <w:r w:rsidRPr="006A4C9A">
        <w:rPr>
          <w:rFonts w:ascii="Arial" w:hAnsi="Arial" w:cs="Arial"/>
          <w:sz w:val="32"/>
          <w:szCs w:val="32"/>
        </w:rPr>
        <w:t>needs, using</w:t>
      </w:r>
      <w:r w:rsidRPr="006A4C9A">
        <w:rPr>
          <w:rFonts w:ascii="Arial" w:eastAsia="Cambria" w:hAnsi="Arial" w:cs="Arial"/>
          <w:color w:val="000000" w:themeColor="text1"/>
          <w:sz w:val="32"/>
          <w:szCs w:val="32"/>
          <w:lang w:val="en-GB"/>
        </w:rPr>
        <w:t xml:space="preserve"> a mobility aid, </w:t>
      </w:r>
      <w:r w:rsidRPr="006A4C9A">
        <w:rPr>
          <w:rFonts w:ascii="Arial" w:hAnsi="Arial" w:cs="Arial"/>
          <w:sz w:val="32"/>
          <w:szCs w:val="32"/>
        </w:rPr>
        <w:t xml:space="preserve">or </w:t>
      </w:r>
      <w:r w:rsidRPr="006A4C9A">
        <w:rPr>
          <w:rFonts w:ascii="Arial" w:eastAsia="Cambria" w:hAnsi="Arial" w:cs="Arial"/>
          <w:color w:val="000000" w:themeColor="text1"/>
          <w:sz w:val="32"/>
          <w:szCs w:val="32"/>
          <w:lang w:val="en-GB"/>
        </w:rPr>
        <w:t xml:space="preserve">sensory </w:t>
      </w:r>
      <w:r w:rsidRPr="006A4C9A">
        <w:rPr>
          <w:rFonts w:ascii="Arial" w:hAnsi="Arial" w:cs="Arial"/>
          <w:sz w:val="32"/>
          <w:szCs w:val="32"/>
        </w:rPr>
        <w:t xml:space="preserve">needs </w:t>
      </w:r>
      <w:r w:rsidRPr="006A4C9A">
        <w:rPr>
          <w:rFonts w:ascii="Arial" w:eastAsia="Cambria" w:hAnsi="Arial" w:cs="Arial"/>
          <w:color w:val="000000" w:themeColor="text1"/>
          <w:sz w:val="32"/>
          <w:szCs w:val="32"/>
          <w:lang w:val="en-GB"/>
        </w:rPr>
        <w:t>such as reduced hearing or sight</w:t>
      </w:r>
      <w:r w:rsidRPr="006A4C9A">
        <w:rPr>
          <w:rFonts w:ascii="Arial" w:hAnsi="Arial" w:cs="Arial"/>
          <w:sz w:val="32"/>
          <w:szCs w:val="32"/>
        </w:rPr>
        <w:t>. Please tell us what</w:t>
      </w:r>
      <w:r w:rsidRPr="006A4C9A">
        <w:rPr>
          <w:rFonts w:ascii="Arial" w:eastAsia="Cambria" w:hAnsi="Arial" w:cs="Arial"/>
          <w:color w:val="000000" w:themeColor="text1"/>
          <w:sz w:val="32"/>
          <w:szCs w:val="32"/>
          <w:lang w:val="en-GB"/>
        </w:rPr>
        <w:t xml:space="preserve"> support </w:t>
      </w:r>
      <w:r w:rsidRPr="006A4C9A">
        <w:rPr>
          <w:rFonts w:ascii="Arial" w:hAnsi="Arial" w:cs="Arial"/>
          <w:sz w:val="32"/>
          <w:szCs w:val="32"/>
        </w:rPr>
        <w:t xml:space="preserve">you </w:t>
      </w:r>
      <w:r w:rsidRPr="006A4C9A">
        <w:rPr>
          <w:rFonts w:ascii="Arial" w:eastAsia="Cambria" w:hAnsi="Arial" w:cs="Arial"/>
          <w:color w:val="000000" w:themeColor="text1"/>
          <w:sz w:val="32"/>
          <w:szCs w:val="32"/>
          <w:lang w:val="en-GB"/>
        </w:rPr>
        <w:t xml:space="preserve">would </w:t>
      </w:r>
      <w:r w:rsidRPr="006A4C9A">
        <w:rPr>
          <w:rFonts w:ascii="Arial" w:hAnsi="Arial" w:cs="Arial"/>
          <w:sz w:val="32"/>
          <w:szCs w:val="32"/>
        </w:rPr>
        <w:t>need</w:t>
      </w:r>
      <w:r w:rsidRPr="006A4C9A">
        <w:rPr>
          <w:rFonts w:ascii="Arial" w:eastAsia="Cambria" w:hAnsi="Arial" w:cs="Arial"/>
          <w:color w:val="000000" w:themeColor="text1"/>
          <w:sz w:val="32"/>
          <w:szCs w:val="32"/>
          <w:lang w:val="en-GB"/>
        </w:rPr>
        <w:t xml:space="preserve"> in an evacuation</w:t>
      </w:r>
      <w:r w:rsidRPr="006A4C9A">
        <w:rPr>
          <w:rFonts w:ascii="Arial" w:hAnsi="Arial" w:cs="Arial"/>
          <w:sz w:val="32"/>
          <w:szCs w:val="32"/>
        </w:rPr>
        <w:t>:</w:t>
      </w:r>
    </w:p>
    <w:p w14:paraId="6CB67DBD" w14:textId="77777777" w:rsidR="00D47F69" w:rsidRDefault="00D47F69" w:rsidP="00022149">
      <w:pPr>
        <w:rPr>
          <w:rFonts w:ascii="Arial" w:hAnsi="Arial" w:cs="Arial"/>
          <w:sz w:val="32"/>
          <w:szCs w:val="32"/>
        </w:rPr>
      </w:pPr>
    </w:p>
    <w:p w14:paraId="36B7CDFF" w14:textId="77777777" w:rsidR="00FB6DC6" w:rsidRDefault="00FB6DC6" w:rsidP="00FB6DC6">
      <w:pPr>
        <w:pStyle w:val="Heading2"/>
        <w:rPr>
          <w:kern w:val="2"/>
          <w:lang w:val="en-GB" w:eastAsia="en-GB"/>
          <w14:ligatures w14:val="standardContextual"/>
        </w:rPr>
      </w:pPr>
      <w:r>
        <w:rPr>
          <w:rFonts w:ascii="Arial" w:hAnsi="Arial" w:cs="Arial"/>
          <w:color w:val="0072CE"/>
          <w:sz w:val="32"/>
          <w:szCs w:val="32"/>
        </w:rPr>
        <w:t>8. Declarations and consent</w:t>
      </w:r>
    </w:p>
    <w:p w14:paraId="2785815E" w14:textId="77777777" w:rsidR="00A412F5" w:rsidRDefault="00A412F5" w:rsidP="00A412F5">
      <w:pPr>
        <w:pStyle w:val="ListParagraph"/>
        <w:numPr>
          <w:ilvl w:val="0"/>
          <w:numId w:val="12"/>
        </w:numPr>
        <w:rPr>
          <w:kern w:val="2"/>
          <w:lang w:val="en-GB" w:eastAsia="en-GB"/>
          <w14:ligatures w14:val="standardContextual"/>
        </w:rPr>
      </w:pPr>
      <w:r>
        <w:rPr>
          <w:rFonts w:ascii="Arial" w:hAnsi="Arial" w:cs="Arial"/>
          <w:b/>
          <w:bCs/>
          <w:sz w:val="32"/>
          <w:szCs w:val="32"/>
        </w:rPr>
        <w:t>Paid sessions:</w:t>
      </w:r>
      <w:r>
        <w:rPr>
          <w:rFonts w:ascii="Arial" w:hAnsi="Arial" w:cs="Arial"/>
          <w:sz w:val="32"/>
          <w:szCs w:val="32"/>
        </w:rPr>
        <w:t xml:space="preserve"> If I book a regular Wednesday, Thursday or Friday session, I must pay the full fee. I must pay even if I do not come.</w:t>
      </w:r>
    </w:p>
    <w:p w14:paraId="47C0BF6D" w14:textId="77777777" w:rsidR="00A412F5" w:rsidRDefault="00A412F5" w:rsidP="00A412F5">
      <w:pPr>
        <w:pStyle w:val="ListParagraph"/>
        <w:numPr>
          <w:ilvl w:val="0"/>
          <w:numId w:val="12"/>
        </w:numPr>
      </w:pPr>
      <w:r>
        <w:rPr>
          <w:rFonts w:ascii="Arial" w:hAnsi="Arial" w:cs="Arial"/>
          <w:b/>
          <w:bCs/>
          <w:sz w:val="32"/>
          <w:szCs w:val="32"/>
        </w:rPr>
        <w:t>Stopping sessions:</w:t>
      </w:r>
      <w:r>
        <w:rPr>
          <w:rFonts w:ascii="Arial" w:hAnsi="Arial" w:cs="Arial"/>
          <w:sz w:val="32"/>
          <w:szCs w:val="32"/>
        </w:rPr>
        <w:t xml:space="preserve"> I must tell the club at least 1 week before I want to stop coming.</w:t>
      </w:r>
    </w:p>
    <w:p w14:paraId="487C8EFD" w14:textId="77777777" w:rsidR="00A412F5" w:rsidRDefault="00A412F5" w:rsidP="00A412F5">
      <w:pPr>
        <w:pStyle w:val="ListParagraph"/>
        <w:numPr>
          <w:ilvl w:val="0"/>
          <w:numId w:val="12"/>
        </w:numPr>
      </w:pPr>
      <w:r>
        <w:rPr>
          <w:rFonts w:ascii="Arial" w:hAnsi="Arial" w:cs="Arial"/>
          <w:b/>
          <w:bCs/>
          <w:sz w:val="32"/>
          <w:szCs w:val="32"/>
        </w:rPr>
        <w:t>Emergencies:</w:t>
      </w:r>
      <w:r>
        <w:rPr>
          <w:rFonts w:ascii="Arial" w:hAnsi="Arial" w:cs="Arial"/>
          <w:sz w:val="32"/>
          <w:szCs w:val="32"/>
        </w:rPr>
        <w:t xml:space="preserve"> The club can share my personal information if there is an emergency.</w:t>
      </w:r>
    </w:p>
    <w:p w14:paraId="6D866A4E" w14:textId="77777777" w:rsidR="00A412F5" w:rsidRDefault="00A412F5" w:rsidP="00A412F5">
      <w:pPr>
        <w:pStyle w:val="ListParagraph"/>
        <w:numPr>
          <w:ilvl w:val="0"/>
          <w:numId w:val="12"/>
        </w:numPr>
      </w:pPr>
      <w:r>
        <w:rPr>
          <w:rFonts w:ascii="Arial" w:hAnsi="Arial" w:cs="Arial"/>
          <w:b/>
          <w:bCs/>
          <w:sz w:val="32"/>
          <w:szCs w:val="32"/>
        </w:rPr>
        <w:t>Keeping people safe:</w:t>
      </w:r>
      <w:r>
        <w:rPr>
          <w:rFonts w:ascii="Arial" w:hAnsi="Arial" w:cs="Arial"/>
          <w:sz w:val="32"/>
          <w:szCs w:val="32"/>
        </w:rPr>
        <w:t xml:space="preserve"> The club can share my personal information if I, or someone else, may be at risk of harm or abuse.</w:t>
      </w:r>
    </w:p>
    <w:p w14:paraId="58A92FD7" w14:textId="77777777" w:rsidR="00A412F5" w:rsidRDefault="00A412F5" w:rsidP="00A412F5">
      <w:pPr>
        <w:pStyle w:val="ListParagraph"/>
        <w:numPr>
          <w:ilvl w:val="0"/>
          <w:numId w:val="12"/>
        </w:numPr>
      </w:pPr>
      <w:r>
        <w:rPr>
          <w:rFonts w:ascii="Arial" w:hAnsi="Arial" w:cs="Arial"/>
          <w:b/>
          <w:bCs/>
          <w:sz w:val="32"/>
          <w:szCs w:val="32"/>
        </w:rPr>
        <w:t>Photos:</w:t>
      </w:r>
      <w:r>
        <w:rPr>
          <w:rFonts w:ascii="Arial" w:hAnsi="Arial" w:cs="Arial"/>
          <w:sz w:val="32"/>
          <w:szCs w:val="32"/>
        </w:rPr>
        <w:t xml:space="preserve"> The club can use photos of me in Gateway Club leaflets, posters, information and social media.</w:t>
      </w:r>
    </w:p>
    <w:p w14:paraId="6D9D2E88" w14:textId="77777777" w:rsidR="00A412F5" w:rsidRDefault="00A412F5" w:rsidP="00A412F5">
      <w:pPr>
        <w:pStyle w:val="ListParagraph"/>
        <w:numPr>
          <w:ilvl w:val="0"/>
          <w:numId w:val="12"/>
        </w:numPr>
      </w:pPr>
      <w:r>
        <w:rPr>
          <w:rFonts w:ascii="Arial" w:hAnsi="Arial" w:cs="Arial"/>
          <w:b/>
          <w:bCs/>
          <w:sz w:val="32"/>
          <w:szCs w:val="32"/>
        </w:rPr>
        <w:t>Going out:</w:t>
      </w:r>
      <w:r>
        <w:rPr>
          <w:rFonts w:ascii="Arial" w:hAnsi="Arial" w:cs="Arial"/>
          <w:sz w:val="32"/>
          <w:szCs w:val="32"/>
        </w:rPr>
        <w:t xml:space="preserve"> I may sometimes leave the club building for activities nearby.</w:t>
      </w:r>
    </w:p>
    <w:p w14:paraId="420F1908" w14:textId="77777777" w:rsidR="00A412F5" w:rsidRDefault="00A412F5" w:rsidP="00A412F5">
      <w:pPr>
        <w:pStyle w:val="ListParagraph"/>
        <w:numPr>
          <w:ilvl w:val="0"/>
          <w:numId w:val="12"/>
        </w:numPr>
      </w:pPr>
      <w:r>
        <w:rPr>
          <w:rFonts w:ascii="Arial" w:hAnsi="Arial" w:cs="Arial"/>
          <w:b/>
          <w:bCs/>
          <w:sz w:val="32"/>
          <w:szCs w:val="32"/>
        </w:rPr>
        <w:t>Club rules:</w:t>
      </w:r>
      <w:r>
        <w:rPr>
          <w:rFonts w:ascii="Arial" w:hAnsi="Arial" w:cs="Arial"/>
          <w:sz w:val="32"/>
          <w:szCs w:val="32"/>
        </w:rPr>
        <w:t xml:space="preserve"> I agree to follow the club rules.</w:t>
      </w:r>
    </w:p>
    <w:p w14:paraId="58402B09" w14:textId="77777777" w:rsidR="00A412F5" w:rsidRDefault="00A412F5" w:rsidP="00A412F5">
      <w:pPr>
        <w:pStyle w:val="ListParagraph"/>
        <w:numPr>
          <w:ilvl w:val="0"/>
          <w:numId w:val="12"/>
        </w:numPr>
      </w:pPr>
      <w:r>
        <w:rPr>
          <w:rFonts w:ascii="Arial" w:hAnsi="Arial" w:cs="Arial"/>
          <w:b/>
          <w:bCs/>
          <w:sz w:val="32"/>
          <w:szCs w:val="32"/>
        </w:rPr>
        <w:t>Respect:</w:t>
      </w:r>
      <w:r>
        <w:rPr>
          <w:rFonts w:ascii="Arial" w:hAnsi="Arial" w:cs="Arial"/>
          <w:sz w:val="32"/>
          <w:szCs w:val="32"/>
        </w:rPr>
        <w:t xml:space="preserve"> I agree to treat other people with respect.</w:t>
      </w:r>
    </w:p>
    <w:p w14:paraId="30BFDE06" w14:textId="77777777" w:rsidR="00A412F5" w:rsidRDefault="00A412F5" w:rsidP="00A412F5">
      <w:pPr>
        <w:pStyle w:val="ListParagraph"/>
        <w:numPr>
          <w:ilvl w:val="0"/>
          <w:numId w:val="12"/>
        </w:numPr>
      </w:pPr>
      <w:r>
        <w:rPr>
          <w:rFonts w:ascii="Arial" w:hAnsi="Arial" w:cs="Arial"/>
          <w:b/>
          <w:bCs/>
          <w:sz w:val="32"/>
          <w:szCs w:val="32"/>
        </w:rPr>
        <w:t>If I do not follow the rules:</w:t>
      </w:r>
      <w:r>
        <w:rPr>
          <w:rFonts w:ascii="Arial" w:hAnsi="Arial" w:cs="Arial"/>
          <w:sz w:val="32"/>
          <w:szCs w:val="32"/>
        </w:rPr>
        <w:t xml:space="preserve"> I may be asked to leave. I may be told I cannot come back.</w:t>
      </w:r>
    </w:p>
    <w:p w14:paraId="4BB55948" w14:textId="77777777" w:rsidR="00A412F5" w:rsidRDefault="00A412F5" w:rsidP="00A412F5">
      <w:pPr>
        <w:pStyle w:val="ListParagraph"/>
        <w:numPr>
          <w:ilvl w:val="0"/>
          <w:numId w:val="12"/>
        </w:numPr>
      </w:pPr>
      <w:r>
        <w:rPr>
          <w:rFonts w:ascii="Arial" w:hAnsi="Arial" w:cs="Arial"/>
          <w:b/>
          <w:bCs/>
          <w:sz w:val="32"/>
          <w:szCs w:val="32"/>
        </w:rPr>
        <w:t>Complaints:</w:t>
      </w:r>
      <w:r>
        <w:rPr>
          <w:rFonts w:ascii="Arial" w:hAnsi="Arial" w:cs="Arial"/>
          <w:sz w:val="32"/>
          <w:szCs w:val="32"/>
        </w:rPr>
        <w:t xml:space="preserve"> If I am unhappy, I can talk to a staff member or volunteer.</w:t>
      </w:r>
    </w:p>
    <w:p w14:paraId="072EF57A" w14:textId="77777777" w:rsidR="00A412F5" w:rsidRDefault="00A412F5" w:rsidP="00A412F5">
      <w:pPr>
        <w:pStyle w:val="ListParagraph"/>
        <w:numPr>
          <w:ilvl w:val="0"/>
          <w:numId w:val="12"/>
        </w:numPr>
      </w:pPr>
      <w:r>
        <w:rPr>
          <w:rFonts w:ascii="Arial" w:hAnsi="Arial" w:cs="Arial"/>
          <w:b/>
          <w:bCs/>
          <w:sz w:val="32"/>
          <w:szCs w:val="32"/>
        </w:rPr>
        <w:t>Consent:</w:t>
      </w:r>
      <w:r>
        <w:rPr>
          <w:rFonts w:ascii="Arial" w:hAnsi="Arial" w:cs="Arial"/>
          <w:sz w:val="32"/>
          <w:szCs w:val="32"/>
        </w:rPr>
        <w:t xml:space="preserve"> I can make this decision myself, unless the club has been told I cannot.</w:t>
      </w:r>
    </w:p>
    <w:p w14:paraId="7923C488" w14:textId="77777777" w:rsidR="00EE3A8B" w:rsidRPr="006A4C9A" w:rsidRDefault="00EE3A8B" w:rsidP="001D006F">
      <w:pPr>
        <w:rPr>
          <w:rFonts w:ascii="Arial" w:hAnsi="Arial" w:cs="Arial"/>
          <w:sz w:val="32"/>
          <w:szCs w:val="32"/>
        </w:rPr>
      </w:pPr>
      <w:r w:rsidRPr="006A4C9A">
        <w:rPr>
          <w:rFonts w:ascii="Arial" w:hAnsi="Arial" w:cs="Arial"/>
          <w:sz w:val="32"/>
          <w:szCs w:val="32"/>
        </w:rPr>
        <w:t>If any point above does not apply to you, please cross it out.</w:t>
      </w:r>
    </w:p>
    <w:p w14:paraId="148916EE" w14:textId="07F529C8" w:rsidR="0069679F" w:rsidRPr="006A4C9A" w:rsidRDefault="00290DA3">
      <w:pPr>
        <w:rPr>
          <w:rFonts w:ascii="Arial" w:hAnsi="Arial" w:cs="Arial"/>
          <w:sz w:val="32"/>
          <w:szCs w:val="32"/>
        </w:rPr>
      </w:pPr>
      <w:r w:rsidRPr="006A4C9A">
        <w:rPr>
          <w:rFonts w:ascii="Arial" w:hAnsi="Arial" w:cs="Arial"/>
          <w:sz w:val="32"/>
          <w:szCs w:val="32"/>
        </w:rPr>
        <w:t>Signed:</w:t>
      </w:r>
      <w:r w:rsidR="00247DD5" w:rsidRPr="006A4C9A">
        <w:rPr>
          <w:rFonts w:ascii="Arial" w:hAnsi="Arial" w:cs="Arial"/>
          <w:sz w:val="32"/>
          <w:szCs w:val="32"/>
        </w:rPr>
        <w:t xml:space="preserve"> </w:t>
      </w:r>
      <w:r w:rsidR="00247DD5" w:rsidRPr="006A4C9A">
        <w:rPr>
          <w:rFonts w:ascii="Arial" w:hAnsi="Arial" w:cs="Arial"/>
          <w:sz w:val="32"/>
          <w:szCs w:val="32"/>
        </w:rPr>
        <w:tab/>
      </w:r>
      <w:r w:rsidR="00247DD5" w:rsidRPr="006A4C9A">
        <w:rPr>
          <w:rFonts w:ascii="Arial" w:hAnsi="Arial" w:cs="Arial"/>
          <w:sz w:val="32"/>
          <w:szCs w:val="32"/>
        </w:rPr>
        <w:tab/>
      </w:r>
      <w:r w:rsidR="00247DD5" w:rsidRPr="006A4C9A">
        <w:rPr>
          <w:rFonts w:ascii="Arial" w:hAnsi="Arial" w:cs="Arial"/>
          <w:sz w:val="32"/>
          <w:szCs w:val="32"/>
        </w:rPr>
        <w:tab/>
      </w:r>
      <w:r w:rsidR="00247DD5" w:rsidRPr="006A4C9A">
        <w:rPr>
          <w:rFonts w:ascii="Arial" w:hAnsi="Arial" w:cs="Arial"/>
          <w:sz w:val="32"/>
          <w:szCs w:val="32"/>
        </w:rPr>
        <w:tab/>
      </w:r>
      <w:r w:rsidR="00247DD5" w:rsidRPr="006A4C9A">
        <w:rPr>
          <w:rFonts w:ascii="Arial" w:hAnsi="Arial" w:cs="Arial"/>
          <w:sz w:val="32"/>
          <w:szCs w:val="32"/>
        </w:rPr>
        <w:tab/>
      </w:r>
      <w:r w:rsidRPr="006A4C9A">
        <w:rPr>
          <w:rFonts w:ascii="Arial" w:hAnsi="Arial" w:cs="Arial"/>
          <w:sz w:val="32"/>
          <w:szCs w:val="32"/>
        </w:rPr>
        <w:t>Print Name:</w:t>
      </w:r>
    </w:p>
    <w:p w14:paraId="6A41703D" w14:textId="77777777" w:rsidR="0069679F" w:rsidRPr="006A4C9A" w:rsidRDefault="00290DA3">
      <w:pPr>
        <w:rPr>
          <w:rFonts w:ascii="Arial" w:hAnsi="Arial" w:cs="Arial"/>
          <w:sz w:val="32"/>
          <w:szCs w:val="32"/>
        </w:rPr>
      </w:pPr>
      <w:r w:rsidRPr="006A4C9A">
        <w:rPr>
          <w:rFonts w:ascii="Arial" w:hAnsi="Arial" w:cs="Arial"/>
          <w:sz w:val="32"/>
          <w:szCs w:val="32"/>
        </w:rPr>
        <w:t>Date:</w:t>
      </w:r>
    </w:p>
    <w:p w14:paraId="2E3A5B12" w14:textId="0CABB8EB" w:rsidR="00333A67" w:rsidRPr="006A4C9A" w:rsidRDefault="00333A67" w:rsidP="00333A67">
      <w:pPr>
        <w:pStyle w:val="Heading2"/>
        <w:rPr>
          <w:rFonts w:ascii="Arial" w:hAnsi="Arial" w:cs="Arial"/>
          <w:sz w:val="32"/>
          <w:szCs w:val="32"/>
        </w:rPr>
      </w:pPr>
      <w:r w:rsidRPr="006A4C9A">
        <w:rPr>
          <w:rFonts w:ascii="Arial" w:hAnsi="Arial" w:cs="Arial"/>
          <w:color w:val="0072CE"/>
          <w:sz w:val="32"/>
          <w:szCs w:val="32"/>
        </w:rPr>
        <w:lastRenderedPageBreak/>
        <w:t>9. Current sessions and charges</w:t>
      </w:r>
    </w:p>
    <w:p w14:paraId="5BCF03B8" w14:textId="254882E5" w:rsidR="00EE3A8B" w:rsidRPr="006A4C9A" w:rsidRDefault="00EE3A8B">
      <w:pPr>
        <w:rPr>
          <w:rFonts w:ascii="Arial" w:hAnsi="Arial" w:cs="Arial"/>
          <w:kern w:val="2"/>
          <w:sz w:val="32"/>
          <w:szCs w:val="32"/>
          <w:lang w:val="en-GB" w:eastAsia="en-GB"/>
          <w14:ligatures w14:val="standardContextual"/>
        </w:rPr>
      </w:pPr>
      <w:r w:rsidRPr="006A4C9A">
        <w:rPr>
          <w:rFonts w:ascii="Arial" w:hAnsi="Arial" w:cs="Arial"/>
          <w:sz w:val="32"/>
          <w:szCs w:val="32"/>
        </w:rPr>
        <w:t>These charges apply from January 202</w:t>
      </w:r>
      <w:r w:rsidR="00982D73">
        <w:rPr>
          <w:rFonts w:ascii="Arial" w:hAnsi="Arial" w:cs="Arial"/>
          <w:sz w:val="32"/>
          <w:szCs w:val="32"/>
        </w:rPr>
        <w:t>5</w:t>
      </w:r>
    </w:p>
    <w:tbl>
      <w:tblPr>
        <w:tblStyle w:val="GridTable4-Accent1"/>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65"/>
        <w:gridCol w:w="2883"/>
        <w:gridCol w:w="3936"/>
      </w:tblGrid>
      <w:tr w:rsidR="005559F1" w14:paraId="2DD1C0F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104B3EB" w14:textId="77777777" w:rsidR="005559F1" w:rsidRDefault="005559F1">
            <w:pPr>
              <w:rPr>
                <w:sz w:val="22"/>
                <w:szCs w:val="22"/>
                <w:lang w:val="en-GB" w:eastAsia="en-GB"/>
              </w:rPr>
            </w:pPr>
            <w:r>
              <w:rPr>
                <w:rFonts w:ascii="Arial" w:hAnsi="Arial" w:cs="Arial"/>
                <w:b/>
                <w:bCs/>
                <w:sz w:val="32"/>
                <w:szCs w:val="32"/>
              </w:rPr>
              <w:t>When?</w:t>
            </w:r>
          </w:p>
        </w:tc>
        <w:tc>
          <w:tcPr>
            <w:tcW w:w="0" w:type="auto"/>
            <w:tcBorders>
              <w:top w:val="outset" w:sz="6" w:space="0" w:color="auto"/>
              <w:left w:val="outset" w:sz="6" w:space="0" w:color="auto"/>
              <w:bottom w:val="outset" w:sz="6" w:space="0" w:color="auto"/>
              <w:right w:val="outset" w:sz="6" w:space="0" w:color="auto"/>
            </w:tcBorders>
            <w:vAlign w:val="center"/>
            <w:hideMark/>
          </w:tcPr>
          <w:p w14:paraId="0C773117" w14:textId="77777777" w:rsidR="005559F1" w:rsidRDefault="005559F1">
            <w:pPr>
              <w:rPr>
                <w:sz w:val="22"/>
                <w:szCs w:val="22"/>
              </w:rPr>
            </w:pPr>
            <w:r>
              <w:rPr>
                <w:rFonts w:ascii="Arial" w:hAnsi="Arial" w:cs="Arial"/>
                <w:b/>
                <w:bCs/>
                <w:sz w:val="32"/>
                <w:szCs w:val="32"/>
              </w:rPr>
              <w:t>How much?</w:t>
            </w:r>
          </w:p>
        </w:tc>
        <w:tc>
          <w:tcPr>
            <w:tcW w:w="0" w:type="auto"/>
            <w:tcBorders>
              <w:top w:val="outset" w:sz="6" w:space="0" w:color="auto"/>
              <w:left w:val="outset" w:sz="6" w:space="0" w:color="auto"/>
              <w:bottom w:val="outset" w:sz="6" w:space="0" w:color="auto"/>
              <w:right w:val="outset" w:sz="6" w:space="0" w:color="auto"/>
            </w:tcBorders>
            <w:vAlign w:val="center"/>
            <w:hideMark/>
          </w:tcPr>
          <w:p w14:paraId="53A2F65A" w14:textId="77777777" w:rsidR="005559F1" w:rsidRDefault="005559F1">
            <w:pPr>
              <w:rPr>
                <w:sz w:val="22"/>
                <w:szCs w:val="22"/>
              </w:rPr>
            </w:pPr>
            <w:r>
              <w:rPr>
                <w:rFonts w:ascii="Arial" w:hAnsi="Arial" w:cs="Arial"/>
                <w:b/>
                <w:bCs/>
                <w:sz w:val="32"/>
                <w:szCs w:val="32"/>
              </w:rPr>
              <w:t>How do I book?</w:t>
            </w:r>
          </w:p>
        </w:tc>
      </w:tr>
      <w:tr w:rsidR="005559F1" w14:paraId="621778C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2E4E7F9" w14:textId="77777777" w:rsidR="005559F1" w:rsidRDefault="005559F1">
            <w:pPr>
              <w:rPr>
                <w:sz w:val="22"/>
                <w:szCs w:val="22"/>
              </w:rPr>
            </w:pPr>
            <w:r>
              <w:rPr>
                <w:rFonts w:ascii="Arial" w:hAnsi="Arial" w:cs="Arial"/>
                <w:sz w:val="32"/>
                <w:szCs w:val="32"/>
              </w:rPr>
              <w:t>Wednesday, Thursday or Friday</w:t>
            </w:r>
            <w:r>
              <w:rPr>
                <w:rFonts w:ascii="Arial" w:hAnsi="Arial" w:cs="Arial"/>
                <w:sz w:val="32"/>
                <w:szCs w:val="32"/>
              </w:rPr>
              <w:br/>
              <w:t>10:30am to 3:00pm</w:t>
            </w:r>
          </w:p>
        </w:tc>
        <w:tc>
          <w:tcPr>
            <w:tcW w:w="0" w:type="auto"/>
            <w:tcBorders>
              <w:top w:val="outset" w:sz="6" w:space="0" w:color="auto"/>
              <w:left w:val="outset" w:sz="6" w:space="0" w:color="auto"/>
              <w:bottom w:val="outset" w:sz="6" w:space="0" w:color="auto"/>
              <w:right w:val="outset" w:sz="6" w:space="0" w:color="auto"/>
            </w:tcBorders>
            <w:vAlign w:val="center"/>
            <w:hideMark/>
          </w:tcPr>
          <w:p w14:paraId="02A41B4B" w14:textId="77777777" w:rsidR="005559F1" w:rsidRDefault="005559F1">
            <w:pPr>
              <w:rPr>
                <w:sz w:val="22"/>
                <w:szCs w:val="22"/>
              </w:rPr>
            </w:pPr>
            <w:r>
              <w:rPr>
                <w:rFonts w:ascii="Arial" w:hAnsi="Arial" w:cs="Arial"/>
                <w:sz w:val="32"/>
                <w:szCs w:val="32"/>
              </w:rPr>
              <w:t>£38 for each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6CB7CBEF" w14:textId="77777777" w:rsidR="005559F1" w:rsidRDefault="005559F1">
            <w:pPr>
              <w:rPr>
                <w:sz w:val="22"/>
                <w:szCs w:val="22"/>
              </w:rPr>
            </w:pPr>
            <w:r>
              <w:rPr>
                <w:rFonts w:ascii="Arial" w:hAnsi="Arial" w:cs="Arial"/>
                <w:sz w:val="32"/>
                <w:szCs w:val="32"/>
              </w:rPr>
              <w:t>You must book these sessions.</w:t>
            </w:r>
            <w:r>
              <w:rPr>
                <w:rFonts w:ascii="Arial" w:hAnsi="Arial" w:cs="Arial"/>
                <w:sz w:val="32"/>
                <w:szCs w:val="32"/>
              </w:rPr>
              <w:br/>
              <w:t>We send an invoice each month.</w:t>
            </w:r>
          </w:p>
        </w:tc>
      </w:tr>
      <w:tr w:rsidR="005559F1" w14:paraId="4AA3174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9822D4F" w14:textId="77777777" w:rsidR="005559F1" w:rsidRDefault="005559F1">
            <w:pPr>
              <w:rPr>
                <w:sz w:val="22"/>
                <w:szCs w:val="22"/>
              </w:rPr>
            </w:pPr>
            <w:r>
              <w:rPr>
                <w:rFonts w:ascii="Arial" w:hAnsi="Arial" w:cs="Arial"/>
                <w:sz w:val="32"/>
                <w:szCs w:val="32"/>
              </w:rPr>
              <w:t>Saturday evening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10B8F" w14:textId="77777777" w:rsidR="005559F1" w:rsidRDefault="005559F1">
            <w:pPr>
              <w:rPr>
                <w:sz w:val="22"/>
                <w:szCs w:val="22"/>
              </w:rPr>
            </w:pPr>
            <w:r>
              <w:rPr>
                <w:rFonts w:ascii="Arial" w:hAnsi="Arial" w:cs="Arial"/>
                <w:sz w:val="32"/>
                <w:szCs w:val="32"/>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2F5614F" w14:textId="77777777" w:rsidR="005559F1" w:rsidRDefault="005559F1">
            <w:pPr>
              <w:rPr>
                <w:sz w:val="22"/>
                <w:szCs w:val="22"/>
              </w:rPr>
            </w:pPr>
            <w:r>
              <w:rPr>
                <w:rFonts w:ascii="Arial" w:hAnsi="Arial" w:cs="Arial"/>
                <w:sz w:val="32"/>
                <w:szCs w:val="32"/>
              </w:rPr>
              <w:t>You can drop in.</w:t>
            </w:r>
            <w:r>
              <w:rPr>
                <w:rFonts w:ascii="Arial" w:hAnsi="Arial" w:cs="Arial"/>
                <w:sz w:val="32"/>
                <w:szCs w:val="32"/>
              </w:rPr>
              <w:br/>
              <w:t>You do not need to book.</w:t>
            </w:r>
          </w:p>
        </w:tc>
      </w:tr>
      <w:tr w:rsidR="005559F1" w14:paraId="6F251AA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DC0B0C5" w14:textId="77777777" w:rsidR="005559F1" w:rsidRDefault="005559F1">
            <w:pPr>
              <w:rPr>
                <w:sz w:val="22"/>
                <w:szCs w:val="22"/>
              </w:rPr>
            </w:pPr>
            <w:r>
              <w:rPr>
                <w:rFonts w:ascii="Arial" w:hAnsi="Arial" w:cs="Arial"/>
                <w:sz w:val="32"/>
                <w:szCs w:val="32"/>
              </w:rPr>
              <w:t>Social events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44A5554" w14:textId="77777777" w:rsidR="005559F1" w:rsidRDefault="005559F1">
            <w:pPr>
              <w:rPr>
                <w:sz w:val="22"/>
                <w:szCs w:val="22"/>
              </w:rPr>
            </w:pPr>
            <w:r>
              <w:rPr>
                <w:rFonts w:ascii="Arial" w:hAnsi="Arial" w:cs="Arial"/>
                <w:sz w:val="32"/>
                <w:szCs w:val="32"/>
              </w:rPr>
              <w:t>The price may change.</w:t>
            </w:r>
          </w:p>
        </w:tc>
        <w:tc>
          <w:tcPr>
            <w:tcW w:w="0" w:type="auto"/>
            <w:tcBorders>
              <w:top w:val="outset" w:sz="6" w:space="0" w:color="auto"/>
              <w:left w:val="outset" w:sz="6" w:space="0" w:color="auto"/>
              <w:bottom w:val="outset" w:sz="6" w:space="0" w:color="auto"/>
              <w:right w:val="outset" w:sz="6" w:space="0" w:color="auto"/>
            </w:tcBorders>
            <w:vAlign w:val="center"/>
            <w:hideMark/>
          </w:tcPr>
          <w:p w14:paraId="02B83064" w14:textId="77777777" w:rsidR="005559F1" w:rsidRDefault="005559F1">
            <w:pPr>
              <w:rPr>
                <w:sz w:val="22"/>
                <w:szCs w:val="22"/>
              </w:rPr>
            </w:pPr>
            <w:r>
              <w:rPr>
                <w:rFonts w:ascii="Arial" w:hAnsi="Arial" w:cs="Arial"/>
                <w:sz w:val="32"/>
                <w:szCs w:val="32"/>
              </w:rPr>
              <w:t>You must book before the event.</w:t>
            </w:r>
          </w:p>
        </w:tc>
      </w:tr>
    </w:tbl>
    <w:p w14:paraId="573D51C2" w14:textId="77777777" w:rsidR="00D01E71" w:rsidRPr="00D01E71" w:rsidRDefault="00D01E71" w:rsidP="00D01E71">
      <w:pPr>
        <w:pStyle w:val="ListParagraph"/>
        <w:ind w:left="1080"/>
        <w:contextualSpacing w:val="0"/>
        <w:rPr>
          <w:kern w:val="2"/>
          <w:lang w:val="en-GB" w:eastAsia="en-GB"/>
          <w14:ligatures w14:val="standardContextual"/>
        </w:rPr>
      </w:pPr>
    </w:p>
    <w:p w14:paraId="1AA7B469" w14:textId="3560A240" w:rsidR="005559F1" w:rsidRDefault="005559F1" w:rsidP="005559F1">
      <w:pPr>
        <w:pStyle w:val="ListParagraph"/>
        <w:numPr>
          <w:ilvl w:val="0"/>
          <w:numId w:val="14"/>
        </w:numPr>
        <w:ind w:left="1080"/>
        <w:contextualSpacing w:val="0"/>
        <w:rPr>
          <w:kern w:val="2"/>
          <w:lang w:val="en-GB" w:eastAsia="en-GB"/>
          <w14:ligatures w14:val="standardContextual"/>
        </w:rPr>
      </w:pPr>
      <w:r>
        <w:rPr>
          <w:rFonts w:ascii="Arial" w:hAnsi="Arial" w:cs="Arial"/>
          <w:b/>
          <w:bCs/>
          <w:sz w:val="32"/>
          <w:szCs w:val="32"/>
        </w:rPr>
        <w:t>Drinks are included.</w:t>
      </w:r>
      <w:r>
        <w:rPr>
          <w:rFonts w:ascii="Arial" w:hAnsi="Arial" w:cs="Arial"/>
          <w:sz w:val="32"/>
          <w:szCs w:val="32"/>
        </w:rPr>
        <w:t xml:space="preserve"> This is for members and any carers who come with them.</w:t>
      </w:r>
    </w:p>
    <w:p w14:paraId="2EC0E17C" w14:textId="77777777" w:rsidR="005559F1" w:rsidRPr="00B32D64" w:rsidRDefault="005559F1" w:rsidP="005559F1">
      <w:pPr>
        <w:pStyle w:val="ListParagraph"/>
        <w:numPr>
          <w:ilvl w:val="0"/>
          <w:numId w:val="14"/>
        </w:numPr>
        <w:ind w:left="1080"/>
        <w:contextualSpacing w:val="0"/>
      </w:pPr>
      <w:r>
        <w:rPr>
          <w:rFonts w:ascii="Arial" w:hAnsi="Arial" w:cs="Arial"/>
          <w:b/>
          <w:bCs/>
          <w:sz w:val="32"/>
          <w:szCs w:val="32"/>
        </w:rPr>
        <w:t>Activities are included.</w:t>
      </w:r>
      <w:r>
        <w:rPr>
          <w:rFonts w:ascii="Arial" w:hAnsi="Arial" w:cs="Arial"/>
          <w:sz w:val="32"/>
          <w:szCs w:val="32"/>
        </w:rPr>
        <w:t xml:space="preserve"> We will tell you if you need to pay extra for an activity.</w:t>
      </w:r>
    </w:p>
    <w:p w14:paraId="6F908592" w14:textId="67EACA52" w:rsidR="00B32D64" w:rsidRDefault="00D01E71" w:rsidP="005559F1">
      <w:pPr>
        <w:pStyle w:val="ListParagraph"/>
        <w:numPr>
          <w:ilvl w:val="0"/>
          <w:numId w:val="14"/>
        </w:numPr>
        <w:ind w:left="1080"/>
        <w:contextualSpacing w:val="0"/>
      </w:pPr>
      <w:r>
        <w:rPr>
          <w:rFonts w:ascii="Arial" w:hAnsi="Arial" w:cs="Arial"/>
          <w:b/>
          <w:bCs/>
          <w:sz w:val="32"/>
          <w:szCs w:val="32"/>
        </w:rPr>
        <w:t xml:space="preserve">Saturday evenings </w:t>
      </w:r>
      <w:r>
        <w:rPr>
          <w:rFonts w:ascii="Arial" w:hAnsi="Arial" w:cs="Arial"/>
          <w:sz w:val="32"/>
          <w:szCs w:val="32"/>
        </w:rPr>
        <w:t>– a light supper is included in the price.</w:t>
      </w:r>
    </w:p>
    <w:p w14:paraId="4CC325FD" w14:textId="5935FFC6" w:rsidR="0069679F" w:rsidRPr="006A4C9A" w:rsidRDefault="0069679F" w:rsidP="004B54AD">
      <w:pPr>
        <w:rPr>
          <w:rFonts w:ascii="Arial" w:hAnsi="Arial" w:cs="Arial"/>
          <w:sz w:val="32"/>
          <w:szCs w:val="32"/>
        </w:rPr>
      </w:pPr>
    </w:p>
    <w:sectPr w:rsidR="0069679F" w:rsidRPr="006A4C9A" w:rsidSect="004B54A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181D" w14:textId="77777777" w:rsidR="006643F5" w:rsidRDefault="006643F5">
      <w:pPr>
        <w:spacing w:after="0" w:line="240" w:lineRule="auto"/>
      </w:pPr>
      <w:r>
        <w:separator/>
      </w:r>
    </w:p>
  </w:endnote>
  <w:endnote w:type="continuationSeparator" w:id="0">
    <w:p w14:paraId="4E7EEAE8" w14:textId="77777777" w:rsidR="006643F5" w:rsidRDefault="00664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5F66" w14:textId="77777777" w:rsidR="006643F5" w:rsidRDefault="006643F5">
      <w:pPr>
        <w:spacing w:after="0" w:line="240" w:lineRule="auto"/>
      </w:pPr>
      <w:r>
        <w:separator/>
      </w:r>
    </w:p>
  </w:footnote>
  <w:footnote w:type="continuationSeparator" w:id="0">
    <w:p w14:paraId="46646DFD" w14:textId="77777777" w:rsidR="006643F5" w:rsidRDefault="00664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7C2E98"/>
    <w:multiLevelType w:val="multilevel"/>
    <w:tmpl w:val="63EE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B35C81"/>
    <w:multiLevelType w:val="hybridMultilevel"/>
    <w:tmpl w:val="2116A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D08CC"/>
    <w:multiLevelType w:val="multilevel"/>
    <w:tmpl w:val="5626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121C44"/>
    <w:multiLevelType w:val="hybridMultilevel"/>
    <w:tmpl w:val="F0B4E5FC"/>
    <w:lvl w:ilvl="0" w:tplc="99164C5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6E3FA5"/>
    <w:multiLevelType w:val="hybridMultilevel"/>
    <w:tmpl w:val="D9F2D678"/>
    <w:lvl w:ilvl="0" w:tplc="99164C50">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27049029">
    <w:abstractNumId w:val="8"/>
  </w:num>
  <w:num w:numId="2" w16cid:durableId="492338331">
    <w:abstractNumId w:val="6"/>
  </w:num>
  <w:num w:numId="3" w16cid:durableId="1246575024">
    <w:abstractNumId w:val="5"/>
  </w:num>
  <w:num w:numId="4" w16cid:durableId="1232159167">
    <w:abstractNumId w:val="4"/>
  </w:num>
  <w:num w:numId="5" w16cid:durableId="333998055">
    <w:abstractNumId w:val="7"/>
  </w:num>
  <w:num w:numId="6" w16cid:durableId="1612514360">
    <w:abstractNumId w:val="3"/>
  </w:num>
  <w:num w:numId="7" w16cid:durableId="224684574">
    <w:abstractNumId w:val="2"/>
  </w:num>
  <w:num w:numId="8" w16cid:durableId="1377074858">
    <w:abstractNumId w:val="1"/>
  </w:num>
  <w:num w:numId="9" w16cid:durableId="329527297">
    <w:abstractNumId w:val="0"/>
  </w:num>
  <w:num w:numId="10" w16cid:durableId="1072508347">
    <w:abstractNumId w:val="10"/>
  </w:num>
  <w:num w:numId="11" w16cid:durableId="2142920294">
    <w:abstractNumId w:val="12"/>
  </w:num>
  <w:num w:numId="12" w16cid:durableId="1500543067">
    <w:abstractNumId w:val="13"/>
  </w:num>
  <w:num w:numId="13" w16cid:durableId="120006317">
    <w:abstractNumId w:val="11"/>
  </w:num>
  <w:num w:numId="14" w16cid:durableId="16263041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6806"/>
    <w:rsid w:val="000925E9"/>
    <w:rsid w:val="00131327"/>
    <w:rsid w:val="0015074B"/>
    <w:rsid w:val="001779AC"/>
    <w:rsid w:val="001B21A3"/>
    <w:rsid w:val="001DD84F"/>
    <w:rsid w:val="001F4DCD"/>
    <w:rsid w:val="00247DD5"/>
    <w:rsid w:val="002628F1"/>
    <w:rsid w:val="00290DA3"/>
    <w:rsid w:val="00294DBE"/>
    <w:rsid w:val="0029639D"/>
    <w:rsid w:val="003212EA"/>
    <w:rsid w:val="00326F90"/>
    <w:rsid w:val="00333A67"/>
    <w:rsid w:val="003C47A7"/>
    <w:rsid w:val="004B54AD"/>
    <w:rsid w:val="00517635"/>
    <w:rsid w:val="005559F1"/>
    <w:rsid w:val="0058101D"/>
    <w:rsid w:val="0064082D"/>
    <w:rsid w:val="006643F5"/>
    <w:rsid w:val="0069679F"/>
    <w:rsid w:val="006A4C9A"/>
    <w:rsid w:val="006C32DC"/>
    <w:rsid w:val="007E392F"/>
    <w:rsid w:val="0090599E"/>
    <w:rsid w:val="009476CF"/>
    <w:rsid w:val="00961655"/>
    <w:rsid w:val="00982D73"/>
    <w:rsid w:val="00A03ECD"/>
    <w:rsid w:val="00A3672E"/>
    <w:rsid w:val="00A412F5"/>
    <w:rsid w:val="00AA1D8D"/>
    <w:rsid w:val="00B32D64"/>
    <w:rsid w:val="00B47730"/>
    <w:rsid w:val="00B618C7"/>
    <w:rsid w:val="00B76E65"/>
    <w:rsid w:val="00C32D6B"/>
    <w:rsid w:val="00CB0664"/>
    <w:rsid w:val="00D01E71"/>
    <w:rsid w:val="00D03675"/>
    <w:rsid w:val="00D47F69"/>
    <w:rsid w:val="00D74E27"/>
    <w:rsid w:val="00D8096F"/>
    <w:rsid w:val="00D865CB"/>
    <w:rsid w:val="00EE3A8B"/>
    <w:rsid w:val="00F6349C"/>
    <w:rsid w:val="00FB1530"/>
    <w:rsid w:val="00FB6DC6"/>
    <w:rsid w:val="00FC693F"/>
    <w:rsid w:val="00FE2B72"/>
    <w:rsid w:val="014B1551"/>
    <w:rsid w:val="0277A553"/>
    <w:rsid w:val="0319408D"/>
    <w:rsid w:val="037CCC75"/>
    <w:rsid w:val="0AFFA141"/>
    <w:rsid w:val="0CD4A15A"/>
    <w:rsid w:val="0E09DCC4"/>
    <w:rsid w:val="0E678825"/>
    <w:rsid w:val="0F280BF6"/>
    <w:rsid w:val="12B7D0EC"/>
    <w:rsid w:val="199AC714"/>
    <w:rsid w:val="1ABC920D"/>
    <w:rsid w:val="1AFF8DFC"/>
    <w:rsid w:val="1D727392"/>
    <w:rsid w:val="21212D54"/>
    <w:rsid w:val="23255FDE"/>
    <w:rsid w:val="2339E05C"/>
    <w:rsid w:val="23B69326"/>
    <w:rsid w:val="23CCC4A5"/>
    <w:rsid w:val="2970735F"/>
    <w:rsid w:val="2AD74B6F"/>
    <w:rsid w:val="2BEA4BC6"/>
    <w:rsid w:val="2C70141B"/>
    <w:rsid w:val="2D4E991C"/>
    <w:rsid w:val="2EA5674C"/>
    <w:rsid w:val="2F5B4B22"/>
    <w:rsid w:val="32B10F16"/>
    <w:rsid w:val="349740D7"/>
    <w:rsid w:val="39B353B8"/>
    <w:rsid w:val="3EAC72AF"/>
    <w:rsid w:val="406766FD"/>
    <w:rsid w:val="44AEE098"/>
    <w:rsid w:val="45D2ACD9"/>
    <w:rsid w:val="46146C77"/>
    <w:rsid w:val="4958B5A2"/>
    <w:rsid w:val="49B3C3B6"/>
    <w:rsid w:val="4BDB0DB1"/>
    <w:rsid w:val="4DC7EE11"/>
    <w:rsid w:val="4E95ABAD"/>
    <w:rsid w:val="5034DC4F"/>
    <w:rsid w:val="52738A11"/>
    <w:rsid w:val="53EEAAF5"/>
    <w:rsid w:val="54A17EF8"/>
    <w:rsid w:val="556D23FF"/>
    <w:rsid w:val="58495C62"/>
    <w:rsid w:val="5AE08DB7"/>
    <w:rsid w:val="5D0F4F3B"/>
    <w:rsid w:val="5E0CCD3B"/>
    <w:rsid w:val="6058B99B"/>
    <w:rsid w:val="6A5ED994"/>
    <w:rsid w:val="6BE0ED3F"/>
    <w:rsid w:val="6F6D23F7"/>
    <w:rsid w:val="7070E09B"/>
    <w:rsid w:val="71104430"/>
    <w:rsid w:val="7415B8F1"/>
    <w:rsid w:val="78B49127"/>
    <w:rsid w:val="7BC52195"/>
    <w:rsid w:val="7D366FE6"/>
    <w:rsid w:val="7E2C8115"/>
    <w:rsid w:val="7EC3789F"/>
    <w:rsid w:val="7EF56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D65DF20-B8C7-46A9-8AFA-2EB5A70E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4-Accent1">
    <w:name w:val="Grid Table 4 Accent 1"/>
    <w:basedOn w:val="TableNormal"/>
    <w:uiPriority w:val="49"/>
    <w:rsid w:val="00EE3A8B"/>
    <w:pPr>
      <w:spacing w:after="0" w:line="240" w:lineRule="auto"/>
    </w:pPr>
    <w:rPr>
      <w:kern w:val="2"/>
      <w:sz w:val="24"/>
      <w:szCs w:val="24"/>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579</Words>
  <Characters>3755</Characters>
  <Application>Microsoft Office Word</Application>
  <DocSecurity>0</DocSecurity>
  <Lines>96</Lines>
  <Paragraphs>76</Paragraphs>
  <ScaleCrop>false</ScaleCrop>
  <Manager/>
  <Company/>
  <LinksUpToDate>false</LinksUpToDate>
  <CharactersWithSpaces>4258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Reeves</cp:lastModifiedBy>
  <cp:revision>2</cp:revision>
  <dcterms:created xsi:type="dcterms:W3CDTF">2026-07-23T09:37:00Z</dcterms:created>
  <dcterms:modified xsi:type="dcterms:W3CDTF">2026-07-23T09:37:00Z</dcterms:modified>
  <cp:category/>
</cp:coreProperties>
</file>